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Siglufjordur, North Iceland,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"Herring Capital of the World," Siglufjordur is a compact, colorful town squeezed between steep mountains and a mirror-calm fjord — and one of Iceland's most rewarding small-ship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6–8 hrs · 💵 Icelandic Króna (ISK) — cards accepted everywhere · 🗣️ Icelandic (English widely spoken) · 🧊 Arctic &amp; Greenland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Bæjarbryggja pier in town; larger vessels anchor and tender to the same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pier is in the heart of the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hikers, craft beer fans, Nordic noir TV fans (filming location of Trapped)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Herring Era Museum — Iceland's largest maritime and industrial museum, with live herring-salting demos in summer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~$15 USD — A very limited number of local taxis serve Siglufjörður. Best arranged through your accommodation or cruise line;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Herring Era Museum — </w:t>
      </w:r>
      <w:r>
        <w:rPr>
          <w:rFonts w:ascii="Arial" w:hAnsi="Arial" w:cs="Arial"/>
          <w:b w:val="0"/>
          <w:i w:val="0"/>
          <w:sz w:val="20"/>
        </w:rPr>
        <w:t>Iceland's largest maritime and industrial museum spans three historic buildings.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Héðinsfjörður Valley Hike — </w:t>
      </w:r>
      <w:r>
        <w:rPr>
          <w:rFonts w:ascii="Arial" w:hAnsi="Arial" w:cs="Arial"/>
          <w:b w:val="0"/>
          <w:i w:val="0"/>
          <w:sz w:val="20"/>
        </w:rPr>
        <w:t>The old tunnel road leads to the uninhabited neighboring fjord — dramatic abandoned farmsteads, waterfalls, and Arctic silence.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Kayaking — </w:t>
      </w:r>
      <w:r>
        <w:rPr>
          <w:rFonts w:ascii="Arial" w:hAnsi="Arial" w:cs="Arial"/>
          <w:b w:val="0"/>
          <w:i w:val="0"/>
          <w:sz w:val="20"/>
        </w:rPr>
        <w:t>Paddle the calm waters of Siglufjörður with mountain walls rising on both sides.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Folk Music Centre — </w:t>
      </w:r>
      <w:r>
        <w:rPr>
          <w:rFonts w:ascii="Arial" w:hAnsi="Arial" w:cs="Arial"/>
          <w:b w:val="0"/>
          <w:i w:val="0"/>
          <w:sz w:val="20"/>
        </w:rPr>
        <w:t>Housed in the town's oldest building, this intimate museum presents Icelandic folk music, traditional rímur chanting, and video…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Segull 67 Brewery Tour &amp; Tasting — </w:t>
      </w:r>
      <w:r>
        <w:rPr>
          <w:rFonts w:ascii="Arial" w:hAnsi="Arial" w:cs="Arial"/>
          <w:b w:val="0"/>
          <w:i w:val="0"/>
          <w:sz w:val="20"/>
        </w:rPr>
        <w:t>This family-run craft brewery — just 300 m from the pier — occupies a converted fish factory and brews with pure Icelandic…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Loop &amp; Colorful Old Town: </w:t>
      </w:r>
      <w:r>
        <w:rPr>
          <w:rFonts w:ascii="Arial" w:hAnsi="Arial" w:cs="Arial"/>
          <w:b w:val="0"/>
          <w:i w:val="0"/>
          <w:sz w:val="20"/>
        </w:rPr>
        <w:t>1.5 km · 25 min · Easy · Free — A leisurely loop around the harbor taking in the brightly painted wooden buildings, fishing boats…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Avalanche Barrier Viewpoint: </w:t>
      </w:r>
      <w:r>
        <w:rPr>
          <w:rFonts w:ascii="Arial" w:hAnsi="Arial" w:cs="Arial"/>
          <w:b w:val="0"/>
          <w:i w:val="0"/>
          <w:sz w:val="20"/>
        </w:rPr>
        <w:t>2 km return · 45 min · Easy–Moderate · Free — Follow the road uphill from the town center to the massive avalanche protection barriers built into…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6:36AM–7:42PM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cruiseports.org/siglufjordur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Siglufjordur, North Iceland,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glufjord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Herring Era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Trollaskagi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Útsýnispallur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Sauðanesviti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