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Sifnos Island, Cyclades, Greece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One of the Cyclades' best-kept secrets, Sifnos rewards cruise visitors with medieval clifftop villages, a legendary food culture, over 300 blue-domed churches, and some of the most beautiful sandy beaches in Greece — all refreshingly free of mass tourism.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(most ships anchor in Kamares Bay) · 🕒 Typical call: 6–8 hrs · 💶 Currency: Euro · 🗣️ Language: Greek · 🍲 Famous for: Pottery &amp; cuisine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— ships anchor in Kamares Bay; tender to the village pier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Kamares village: 2–5 min flat from tender dock; Apollonia (capital): 5 km — bus or taxi required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Villages, pottery shopping, beaches, hiking, authentic Greek food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Kastro medieval village &amp; the Church of the Seven Martyrs perched on the sea rocks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€10–€20 — Only ~10 taxis on the whole island. Kamares to Apollonia runs about €15. Book in advance during peak season — they go fa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Kastro Medieval Village &amp; Church of the Seven Martyrs — </w:t>
      </w:r>
      <w:r>
        <w:rPr>
          <w:rFonts w:ascii="Arial" w:hAnsi="Arial" w:cs="Arial"/>
          <w:b w:val="0"/>
          <w:i w:val="0"/>
          <w:sz w:val="20"/>
        </w:rPr>
        <w:t>Kastro, the ancient fortified capital of Sifnos, sits on a dramatic cliff above the Aegean.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Apollonia &amp; Artemonas Village Walk — </w:t>
      </w:r>
      <w:r>
        <w:rPr>
          <w:rFonts w:ascii="Arial" w:hAnsi="Arial" w:cs="Arial"/>
          <w:b w:val="0"/>
          <w:i w:val="0"/>
          <w:sz w:val="20"/>
        </w:rPr>
        <w:t>Apollonia, the island's capital, is a maze of whitewashed lanes, boutique shops, and flower-draped churches.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Traditional Pottery Workshops — </w:t>
      </w:r>
      <w:r>
        <w:rPr>
          <w:rFonts w:ascii="Arial" w:hAnsi="Arial" w:cs="Arial"/>
          <w:b w:val="0"/>
          <w:i w:val="0"/>
          <w:sz w:val="20"/>
        </w:rPr>
        <w:t>Sifnos is the pottery capital of Greece, famous for its high-quality clay and centuries-old tradition.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Sifnos Hiking Trails — </w:t>
      </w:r>
      <w:r>
        <w:rPr>
          <w:rFonts w:ascii="Arial" w:hAnsi="Arial" w:cs="Arial"/>
          <w:b w:val="0"/>
          <w:i w:val="0"/>
          <w:sz w:val="20"/>
        </w:rPr>
        <w:t>Over 100 km of professionally marked trails crisscross the island through ancient olive groves, clifftop villages, and sea-view…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Platys Gialos or Vathi Beach Day — </w:t>
      </w:r>
      <w:r>
        <w:rPr>
          <w:rFonts w:ascii="Arial" w:hAnsi="Arial" w:cs="Arial"/>
          <w:b w:val="0"/>
          <w:i w:val="0"/>
          <w:sz w:val="20"/>
        </w:rPr>
        <w:t>Platys Gialos is Sifnos's longest sandy beach, lined with tavernas and a Blue Flag recipient.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Kamares Waterfront &amp; Beach Stroll: </w:t>
      </w:r>
      <w:r>
        <w:rPr>
          <w:rFonts w:ascii="Arial" w:hAnsi="Arial" w:cs="Arial"/>
          <w:b w:val="0"/>
          <w:i w:val="0"/>
          <w:sz w:val="20"/>
        </w:rPr>
        <w:t>1–2 hrs • Flat • No transport needed — From the tender pier, walk the waterfront past cafes, pottery shops, and the old fishing harbor.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Apollonia to Artemonas Village Loop: </w:t>
      </w:r>
      <w:r>
        <w:rPr>
          <w:rFonts w:ascii="Arial" w:hAnsi="Arial" w:cs="Arial"/>
          <w:b w:val="0"/>
          <w:i w:val="0"/>
          <w:sz w:val="20"/>
        </w:rPr>
        <w:t>1.5–2 hrs • Moderate cobbles • Bus to Apollonia — Take the bus from Kamares port up to Apollonia.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6:13AM–8:22PM · Jul 6:13AM–8:40PM · Sep 7:03AM–7:28PM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cruiseports.org/sifnos-island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Sifnos Island, Cyclades, Greece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ifnos-island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Agios Symeon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Church of the Seven Martyrs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Panagia Poulati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Panagia tou Vounou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Castle of Sifnos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Chrisopigi Monastery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