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Shenzhen, Guangdong,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China's Silicon Valley rose from fishing villages to a 17-million-person megacity in four decades. Shenzhen dazzles with futuristic towers, massive theme parks, the world's largest electronics market, and a metro so clean you could eat off the floor.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(Shekou Cruise Homeport) · 🕒 Typical call: 8-10 hrs · 💴 Currency: Chinese Yuan (CNY) · 🗣️ Language: Mandarin / Cantonese · 📵 VPN/eSIM needed for Google, social media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Shekou Cruise Homeport (Prince Bay),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Sea World; downtown Futian ~40 min by metro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Theme parks, tech sightseeing, skyline views, electronics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Sea World Minghua ship &amp; fountain show; Window of the World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¥80–100 (~–14) — Metered taxis from Shekou Cruise Homeport reach city center in 20–25 minutes. Night fares (23:00–06:00) are 20% higher.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Window of the World — </w:t>
      </w:r>
      <w:r>
        <w:rPr>
          <w:rFonts w:ascii="Arial" w:hAnsi="Arial" w:cs="Arial"/>
          <w:b w:val="0"/>
          <w:i w:val="0"/>
          <w:sz w:val="20"/>
        </w:rPr>
        <w:t>Over 130 scaled-down global landmarks — Eiffel Tower, Pyramids, Taj Mahal — spread across a sprawling theme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Splendid China Folk Village — </w:t>
      </w:r>
      <w:r>
        <w:rPr>
          <w:rFonts w:ascii="Arial" w:hAnsi="Arial" w:cs="Arial"/>
          <w:b w:val="0"/>
          <w:i w:val="0"/>
          <w:sz w:val="20"/>
        </w:rPr>
        <w:t>Adjacent to Window of the World, this park showcases miniature replicas of China's greatest historical sites alongside live…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Ping An Finance Centre Observation — </w:t>
      </w:r>
      <w:r>
        <w:rPr>
          <w:rFonts w:ascii="Arial" w:hAnsi="Arial" w:cs="Arial"/>
          <w:b w:val="0"/>
          <w:i w:val="0"/>
          <w:sz w:val="20"/>
        </w:rPr>
        <w:t>Ride the world's fastest elevators to the 116th floor of the 5th-tallest building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Dafen Oil Painting Village — </w:t>
      </w:r>
      <w:r>
        <w:rPr>
          <w:rFonts w:ascii="Arial" w:hAnsi="Arial" w:cs="Arial"/>
          <w:b w:val="0"/>
          <w:i w:val="0"/>
          <w:sz w:val="20"/>
        </w:rPr>
        <w:t>A suburban village where thousands of artists copy Western masterworks and create original canvases.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Huaqiangbei Electronics Market — </w:t>
      </w:r>
      <w:r>
        <w:rPr>
          <w:rFonts w:ascii="Arial" w:hAnsi="Arial" w:cs="Arial"/>
          <w:b w:val="0"/>
          <w:i w:val="0"/>
          <w:sz w:val="20"/>
        </w:rPr>
        <w:t>The world's largest electronics bazaar — multi-story towers packed with components, gadgets, drones, custom LEDs, and every tech…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Shekou Waterfront &amp; Sea World Stroll: </w:t>
      </w:r>
      <w:r>
        <w:rPr>
          <w:rFonts w:ascii="Arial" w:hAnsi="Arial" w:cs="Arial"/>
          <w:b w:val="0"/>
          <w:i w:val="0"/>
          <w:sz w:val="20"/>
        </w:rPr>
        <w:t>1.5 km · 20 min · Easy — From the cruise terminal, walk along the Shekou waterfront promenade to Sea World plaza.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OCT-LOFT Creative District: </w:t>
      </w:r>
      <w:r>
        <w:rPr>
          <w:rFonts w:ascii="Arial" w:hAnsi="Arial" w:cs="Arial"/>
          <w:b w:val="0"/>
          <w:i w:val="0"/>
          <w:sz w:val="20"/>
        </w:rPr>
        <w:t>45 min by metro · Leisurely walk · Easy — Take Line 2 to Qiaocheng North Station and wander the converted factory complex of OCT-LOFT — indie…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5:43AM–6:56PM · Jul 5:48AM–7:11PM · Sep 6:10AM–6:27PM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cruiseports.org/shenzhen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Shenzhen, Guangdong, China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enzh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Hong Kong Wetland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Longhua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Dashahe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Lixiang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Cheung Shan Monastery, Robin's Nest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Lam Tsuen Wishing Tree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Red Brick House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District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