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Sept-Îles,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a sweeping bay protected by seven islands, Sept-Îles blends living Innu culture, iron-ore grit, puffin sanctuaries, and some of the finest cold-water seafood in North America — a surprisingly rich stop on any St. Lawrence cruise.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(dedicated cruise dock) · 🕒 Typical call: 7-9 hrs · 💵 Canadian Dollar (CAD) · 🗣️ French (some English) · 🦞 Seafood &amp; Indigenous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dedicated cruise wharf,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km (10–15 min) or free port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Innu culture, archipelago boat tours,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Archipelago Zodiac tour to Île Corossol puffin colony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~$15 CAD round-trip to shopping centre — Taxis are available at the pier. A round-trip to the main shopping centre runs around $15 CAD, making them a cheap optio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Archipelago Zodiac Adventure — </w:t>
      </w:r>
      <w:r>
        <w:rPr>
          <w:rFonts w:ascii="Arial" w:hAnsi="Arial" w:cs="Arial"/>
          <w:b w:val="0"/>
          <w:i w:val="0"/>
          <w:sz w:val="20"/>
        </w:rPr>
        <w:t>Zodiac or small-boat tour through the seven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Shaputuan Museum &amp; Innu Culture — </w:t>
      </w:r>
      <w:r>
        <w:rPr>
          <w:rFonts w:ascii="Arial" w:hAnsi="Arial" w:cs="Arial"/>
          <w:b w:val="0"/>
          <w:i w:val="0"/>
          <w:sz w:val="20"/>
        </w:rPr>
        <w:t>The Shaputuan Museum is dedicated to the Innu (Montagnais) nation — their nomadic traditions, seasonal cycle, and contemporary…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Grande Basque Island Nature Walk — </w:t>
      </w:r>
      <w:r>
        <w:rPr>
          <w:rFonts w:ascii="Arial" w:hAnsi="Arial" w:cs="Arial"/>
          <w:b w:val="0"/>
          <w:i w:val="0"/>
          <w:sz w:val="20"/>
        </w:rPr>
        <w:t>A short boat ride brings you to Grande Basque Island for guided nature walks, a marine basin exhibit with local sea creatures…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Vieux-Poste (Old Trading Post) — </w:t>
      </w:r>
      <w:r>
        <w:rPr>
          <w:rFonts w:ascii="Arial" w:hAnsi="Arial" w:cs="Arial"/>
          <w:b w:val="0"/>
          <w:i w:val="0"/>
          <w:sz w:val="20"/>
        </w:rPr>
        <w:t>An open-air living-history site depicting a mid-19th-century fur-trading post where French traders and Innu people met.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Seafood &amp; Scallop Tasting at Purmer Farm — </w:t>
      </w:r>
      <w:r>
        <w:rPr>
          <w:rFonts w:ascii="Arial" w:hAnsi="Arial" w:cs="Arial"/>
          <w:b w:val="0"/>
          <w:i w:val="0"/>
          <w:sz w:val="20"/>
        </w:rPr>
        <w:t>Take a boat to Grosse Boule Island to tour the Purmer mariculture farm, learning how scallops, mussels, and seaweed are…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Boardwalk — Pier to Vieux-Quai: </w:t>
      </w:r>
      <w:r>
        <w:rPr>
          <w:rFonts w:ascii="Arial" w:hAnsi="Arial" w:cs="Arial"/>
          <w:b w:val="0"/>
          <w:i w:val="0"/>
          <w:sz w:val="20"/>
        </w:rPr>
        <w:t>2 km | ~25 min one-way | Flat, paved — Walk the paved path from the cruise pier along the bay to the Vieux-Quai (Old Wharf) district.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&amp; Dining Loop: </w:t>
      </w:r>
      <w:r>
        <w:rPr>
          <w:rFonts w:ascii="Arial" w:hAnsi="Arial" w:cs="Arial"/>
          <w:b w:val="0"/>
          <w:i w:val="0"/>
          <w:sz w:val="20"/>
        </w:rPr>
        <w:t>1.5 km | ~20 min | Flat — From the Vieux-Quai, head up rue des Jésuites or avenue Brochu into the downtown core.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4:38AM–8:05PM · Jul 4:32AM–8:29PM · Sep 6:02AM–6:38PM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cruiseports.org/sept-iles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Sept-Îles, Quebec,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pt-i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Post Sept-Îles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Jardins de l’Anse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North Shore Region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