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Senja Island, Troms,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'Norway in miniature,' Senja packs jagged Arctic peaks, turquoise-water beaches, and remote fishing villages into one raw, unhurried island — still free of the crowds that have overwhelmed Lofoten.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(Finnsnes) or tender (expedition) · 🕒 Typical call: 6-8 hrs · 💵 Norwegian Krone (NOK) — cards accepted everywhere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Finnsnes (mainland gateway) for larger ships; tender/small pier at Hamn i Senja or Gryllefjord for expedition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Finnsnes pier to town; Senja's scenic highlights require transport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scenery, photography, hiking, Arctic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Tungeneset viewpoint — wooden walkway over rocks to the iconic 'Devil's Teeth' (Okshornan) peaks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950–1,200 (~$85–110 USD) — Taxis are available but pricey — a ride from Hamn i Senja to Finnsnes (~51 km) costs roughly NOK 950–1,200. Book via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Senja National Scenic Route Drive — </w:t>
      </w:r>
      <w:r>
        <w:rPr>
          <w:rFonts w:ascii="Arial" w:hAnsi="Arial" w:cs="Arial"/>
          <w:b w:val="0"/>
          <w:i w:val="0"/>
          <w:sz w:val="20"/>
        </w:rPr>
        <w:t>The 102 km route along the rugged northwest coast is one of Norway's 18 official scenic routes, linking Tungeneset, Bergsbotn…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Tungeneset &amp; Devil's Teeth Viewpoint — </w:t>
      </w:r>
      <w:r>
        <w:rPr>
          <w:rFonts w:ascii="Arial" w:hAnsi="Arial" w:cs="Arial"/>
          <w:b w:val="0"/>
          <w:i w:val="0"/>
          <w:sz w:val="20"/>
        </w:rPr>
        <w:t>A short, universally accessible wooden walkway leads over rocky shoreline to a view of the Okshornan peaks — jagged spires rising…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Hesten for the View of Segla — </w:t>
      </w:r>
      <w:r>
        <w:rPr>
          <w:rFonts w:ascii="Arial" w:hAnsi="Arial" w:cs="Arial"/>
          <w:b w:val="0"/>
          <w:i w:val="0"/>
          <w:sz w:val="20"/>
        </w:rPr>
        <w:t>Segla, the sail-shaped peak, is Senja's icon.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Safari by RIB — </w:t>
      </w:r>
      <w:r>
        <w:rPr>
          <w:rFonts w:ascii="Arial" w:hAnsi="Arial" w:cs="Arial"/>
          <w:b w:val="0"/>
          <w:i w:val="0"/>
          <w:sz w:val="20"/>
        </w:rPr>
        <w:t>Blast through the fjords in a rigid inflatable boat to see sea eagles, sheer cliffs from water level, and sometimes seals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Husøy Fishing Village — </w:t>
      </w:r>
      <w:r>
        <w:rPr>
          <w:rFonts w:ascii="Arial" w:hAnsi="Arial" w:cs="Arial"/>
          <w:b w:val="0"/>
          <w:i w:val="0"/>
          <w:sz w:val="20"/>
        </w:rPr>
        <w:t>A tiny, active cod-fishing village on a rocky islet in Øyfjorden, connected to Senja by tunnel.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Hamn i Senja Village Stroll: </w:t>
      </w:r>
      <w:r>
        <w:rPr>
          <w:rFonts w:ascii="Arial" w:hAnsi="Arial" w:cs="Arial"/>
          <w:b w:val="0"/>
          <w:i w:val="0"/>
          <w:sz w:val="20"/>
        </w:rPr>
        <w:t>Easy · 30 min · Tender port — Step off the tender and wander the historic fishing station: wooden boathouses, a small marina,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Finnsnes Town &amp; Gisund Bridge View: </w:t>
      </w:r>
      <w:r>
        <w:rPr>
          <w:rFonts w:ascii="Arial" w:hAnsi="Arial" w:cs="Arial"/>
          <w:b w:val="0"/>
          <w:i w:val="0"/>
          <w:sz w:val="20"/>
        </w:rPr>
        <w:t>Easy · 45 min · From pier — Walk from the Finnsnes pier through the compact town center, then to the southern end of the Gisund…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6:03AM–7:21PM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cruiseports.org/senja-island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