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Seattle, Washington,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Seattle is the undisputed gateway for Alaska cruises — a city where you can start the day with fresh Dungeness crab at a century-old market, gaze down at your ship from the Space Needle, and still make sailaway with time to spare.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 91 or Pier 66) · 🕒 Homeport — embark/debark day · 💵 USD · 🗣️ English · 🌧️ Pack a compact rain layer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91 (Smith Cove) for most ships; Pier 66 (Bell Street) for Norwegian, Oceania, and select others — both docked,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Pier 66 is steps from downtown; Pier 91 is 3–4 miles away — take the free shuttle to Seattle Center then the $4 monorail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Pre/post-cruise city days, Pacific Northwest seafood, iconic landmarks, Alaska adventure planning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Pike Place Market before 10am — fish toss, flower stalls, and the original Starbucks without the line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$20–55 — Taxis available curbside at both Pier 66 (downtown waterfront) and Pier 91 (Interbay). Pier 66 fares to downtown run $20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Seattle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Space Needle &amp; Seattle Center — </w:t>
      </w:r>
      <w:r>
        <w:rPr>
          <w:rFonts w:ascii="Arial" w:hAnsi="Arial" w:cs="Arial"/>
          <w:b w:val="0"/>
          <w:i w:val="0"/>
          <w:sz w:val="20"/>
        </w:rPr>
        <w:t>Ride to the revolving glass floor at 605 feet for panoramic views of Puget Sound, Mount Rainier, and the city skyline.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Pike Place Market Deep Dive — </w:t>
      </w:r>
      <w:r>
        <w:rPr>
          <w:rFonts w:ascii="Arial" w:hAnsi="Arial" w:cs="Arial"/>
          <w:b w:val="0"/>
          <w:i w:val="0"/>
          <w:sz w:val="20"/>
        </w:rPr>
        <w:t>America's oldest continuously operating public market is a sensory feast — flying fish, fresh flower bouquets, artisan cheese…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Underground Seattle Tour — </w:t>
      </w:r>
      <w:r>
        <w:rPr>
          <w:rFonts w:ascii="Arial" w:hAnsi="Arial" w:cs="Arial"/>
          <w:b w:val="0"/>
          <w:i w:val="0"/>
          <w:sz w:val="20"/>
        </w:rPr>
        <w:t>Walk the buried city beneath Pioneer Square — original 1889 storefronts preserved one level below modern streets after the Great…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of Pop Culture (MoPOP) — </w:t>
      </w:r>
      <w:r>
        <w:rPr>
          <w:rFonts w:ascii="Arial" w:hAnsi="Arial" w:cs="Arial"/>
          <w:b w:val="0"/>
          <w:i w:val="0"/>
          <w:sz w:val="20"/>
        </w:rPr>
        <w:t>Frank Gehry's wild titanium building houses hands-on exhibits on rock 'n' roll history, Nirvana, Jimi Hendrix, sci-fi film,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Puget Sound Whale Watching — </w:t>
      </w:r>
      <w:r>
        <w:rPr>
          <w:rFonts w:ascii="Arial" w:hAnsi="Arial" w:cs="Arial"/>
          <w:b w:val="0"/>
          <w:i w:val="0"/>
          <w:sz w:val="20"/>
        </w:rPr>
        <w:t>Orcas, minke whales, and harbor porpoise are regularly spotted in Puget Sound.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Pike Place Loop: </w:t>
      </w:r>
      <w:r>
        <w:rPr>
          <w:rFonts w:ascii="Arial" w:hAnsi="Arial" w:cs="Arial"/>
          <w:b w:val="0"/>
          <w:i w:val="0"/>
          <w:sz w:val="20"/>
        </w:rPr>
        <w:t>1.5 miles · 45 min · Easy — Start at the Seattle Aquarium, walk north along Alaskan Way, climb the Pike Place Market hillclimb…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Pioneer Square &amp; Waterfall Garden: </w:t>
      </w:r>
      <w:r>
        <w:rPr>
          <w:rFonts w:ascii="Arial" w:hAnsi="Arial" w:cs="Arial"/>
          <w:b w:val="0"/>
          <w:i w:val="0"/>
          <w:sz w:val="20"/>
        </w:rPr>
        <w:t>1 mile · 30 min · Easy — Explore cobblestone Pioneer Square, duck into the hidden Waterfall Garden Park (built on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5:31AM–8:40PM · Jul 5:27AM–9:02PM · Sep 6:47AM–7:20PM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cruiseports.org/seattle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Seattle, Washington,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eattl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Space Needle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Seattle Public Library - Central Library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Museum of Flight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Woodland Park Zoo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Pop Culture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Gas Works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