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Savona, Liguria,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real Italian city, not a tourist set. The Palacrociere terminal drops you steps from a medieval fortress, the best chickpea street food on the Riviera, and a world-class Apple Museum that makes absolutely no sense — and is perfect for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(Palacrociere Terminal) · 🕒 Typical call: 8-10 hrs (often homeport) · 💶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Always pier — Palacrociere Terminal, Berths 1 &amp; 2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to Via Paleocapa; 5 min to Old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Italy, local food, day trips to Genoa or Cinque Terre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Farinata &amp; Panissa street food; Priamar Fortress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€5–€15 — Taxis are available outside the terminal. The short distance to the city center keeps fares low; longer trips to nearby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Priamar Fortress — </w:t>
      </w:r>
      <w:r>
        <w:rPr>
          <w:rFonts w:ascii="Arial" w:hAnsi="Arial" w:cs="Arial"/>
          <w:b w:val="0"/>
          <w:i w:val="0"/>
          <w:sz w:val="20"/>
        </w:rPr>
        <w:t>Walk up to this massive 16th-century Genoese fortress that dominates the seafront.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Savona's Sistine Chapel — </w:t>
      </w:r>
      <w:r>
        <w:rPr>
          <w:rFonts w:ascii="Arial" w:hAnsi="Arial" w:cs="Arial"/>
          <w:b w:val="0"/>
          <w:i w:val="0"/>
          <w:sz w:val="20"/>
        </w:rPr>
        <w:t>Pope Sixtus IV — who commissioned the Roman original — built this Baroque mausoleum in Savona for his parents.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Genoa — </w:t>
      </w:r>
      <w:r>
        <w:rPr>
          <w:rFonts w:ascii="Arial" w:hAnsi="Arial" w:cs="Arial"/>
          <w:b w:val="0"/>
          <w:i w:val="0"/>
          <w:sz w:val="20"/>
        </w:rPr>
        <w:t>Board a direct train and reach Europe's largest medieval historic center in under an hour.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Finale Ligure &amp; Finalborgo — </w:t>
      </w:r>
      <w:r>
        <w:rPr>
          <w:rFonts w:ascii="Arial" w:hAnsi="Arial" w:cs="Arial"/>
          <w:b w:val="0"/>
          <w:i w:val="0"/>
          <w:sz w:val="20"/>
        </w:rPr>
        <w:t>A 20-minute train ride brings you to one of Italy's most beautiful medieval walled villages, set above a good beach town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Fornaci Beach — </w:t>
      </w:r>
      <w:r>
        <w:rPr>
          <w:rFonts w:ascii="Arial" w:hAnsi="Arial" w:cs="Arial"/>
          <w:b w:val="0"/>
          <w:i w:val="0"/>
          <w:sz w:val="20"/>
        </w:rPr>
        <w:t>Savona's Blue Flag city beach is a 15-20 minute walk west from the terminal along the Corso Colombo promenade.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Harbor &amp; Historic Center Loop: </w:t>
      </w:r>
      <w:r>
        <w:rPr>
          <w:rFonts w:ascii="Arial" w:hAnsi="Arial" w:cs="Arial"/>
          <w:b w:val="0"/>
          <w:i w:val="0"/>
          <w:sz w:val="20"/>
        </w:rPr>
        <w:t>2.5 km · 45-60 min · flat — Cross the drawbridge to the Vecchia Darsena, then walk past the Torre Leon Pancaldo to Via…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Priamar Fortress Walk: </w:t>
      </w:r>
      <w:r>
        <w:rPr>
          <w:rFonts w:ascii="Arial" w:hAnsi="Arial" w:cs="Arial"/>
          <w:b w:val="0"/>
          <w:i w:val="0"/>
          <w:sz w:val="20"/>
        </w:rPr>
        <w:t>1.5 km · 30-40 min · gentle uphill — From the Old Harbor, follow the seafront promenade east to the base of the Priamar headland.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5:59AM–8:46PM · Jul 5:56AM–9:07PM · Sep 7:05AM–7:36PM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cruiseports.org/savona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Savona, Liguria,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vo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Parrocchia di S. Ambrogio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All About Apple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Sandro Pertini e Renata Cuneo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Bagni Astoria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Brandale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 Paragorio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Oratorio del Cristo Risorto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