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Tomakomai, Hokkaido,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Hokkaido's industrial port punches above its weight: it's your launchpad to cosmopolitan Sapporo, the jaw-dropping Upopoy Ainu national park, and the crystalline waters of Lake Shikotsu — all within 90 minutes.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💴 Japanese Yen (JPY) · 🗣️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all ships dock at Tomakomai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to Sea Station Plat market; Sapporo 1 hr by train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Sapporo city day trip, Ainu culture, volcanic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Upopoy National Ainu Museum (opened 2020) near Shiraoi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¥1,800–¥2,200 (~$12–14) — Taxis from Tomakomai West Port Ferry Terminal to Tomakomai Station take about 5–10 minutes. Meters run; no pre-negotiati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Sapporo City Highlights — </w:t>
      </w:r>
      <w:r>
        <w:rPr>
          <w:rFonts w:ascii="Arial" w:hAnsi="Arial" w:cs="Arial"/>
          <w:b w:val="0"/>
          <w:i w:val="0"/>
          <w:sz w:val="20"/>
        </w:rPr>
        <w:t>Hit Sapporo's must-sees: Odori Park and the TV Tower for skyline views, the 1878 Clock Tower, and the grand red-brick Former…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Upopoy National Ainu Museum — </w:t>
      </w:r>
      <w:r>
        <w:rPr>
          <w:rFonts w:ascii="Arial" w:hAnsi="Arial" w:cs="Arial"/>
          <w:b w:val="0"/>
          <w:i w:val="0"/>
          <w:sz w:val="20"/>
        </w:rPr>
        <w:t>Japan's landmark Ainu cultural center opened in 2020 near Shiraoi (between Tomakomai and Sapporo).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Shikotsu — </w:t>
      </w:r>
      <w:r>
        <w:rPr>
          <w:rFonts w:ascii="Arial" w:hAnsi="Arial" w:cs="Arial"/>
          <w:b w:val="0"/>
          <w:i w:val="0"/>
          <w:sz w:val="20"/>
        </w:rPr>
        <w:t>Japan's northernmost non-freezing caldera lake sits ~45 min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Sapporo Beer Museum &amp; Garden — </w:t>
      </w:r>
      <w:r>
        <w:rPr>
          <w:rFonts w:ascii="Arial" w:hAnsi="Arial" w:cs="Arial"/>
          <w:b w:val="0"/>
          <w:i w:val="0"/>
          <w:sz w:val="20"/>
        </w:rPr>
        <w:t>Sapporo was literally built on beer — the historic 1890s brewery complex includes a free museum tracing Japan's brewing history…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Tarumae Hike — </w:t>
      </w:r>
      <w:r>
        <w:rPr>
          <w:rFonts w:ascii="Arial" w:hAnsi="Arial" w:cs="Arial"/>
          <w:b w:val="0"/>
          <w:i w:val="0"/>
          <w:sz w:val="20"/>
        </w:rPr>
        <w:t>This active stratovolcano above Lake Shikotsu offers a rewarding climb with fumaroles venting at the summit crater.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Tomakomai Waterfront &amp; Sea Station: </w:t>
      </w:r>
      <w:r>
        <w:rPr>
          <w:rFonts w:ascii="Arial" w:hAnsi="Arial" w:cs="Arial"/>
          <w:b w:val="0"/>
          <w:i w:val="0"/>
          <w:sz w:val="20"/>
        </w:rPr>
        <w:t>1 km · 15 min · Flat — A short stroll from the cruise pier to the Sea Station Plat Seaport Market — a lively seafood…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Sapporo City Center Walk: </w:t>
      </w:r>
      <w:r>
        <w:rPr>
          <w:rFonts w:ascii="Arial" w:hAnsi="Arial" w:cs="Arial"/>
          <w:b w:val="0"/>
          <w:i w:val="0"/>
          <w:sz w:val="20"/>
        </w:rPr>
        <w:t>3 km · 45 min · Flat — From Sapporo Station, walk south through Odori Park to the Clock Tower and Former Hokkaido…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4:11AM–6:48PM · Jul 4:09AM–7:09PM · Sep 5:13AM–5:43PM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cruiseports.org/sapporo-tomakomai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Tomakomai, Hokkaido,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pporo-tomakoma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Yunominoyu Hot Spring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Hokkocho Mirainomori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Hokusei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Tomakomai Midorigaoka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Tomakomaishi Sun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Kintaro Pond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Minato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Lake Utonai Sanctuary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