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Sapelo Island, Georgia,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America's most protected and least-visited barrier islands, Sapelo is home to a living Gullah-Geechee community, a candy-striped lighthouse, and wild beaches unmarked by development.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Ferry/tender arrival — no cruise pier · 🕒 Typical call: 4-6 hrs · 💵 USD — bring cash · 🗣️ English (Geechee dialect in Hog Hammock) · 🦟 Insects intense spring–fall — DEET essential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cruise pier — small ships anchor offshore or tender; access via Georgia DNR state ferry from Meridian, GA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Marsh Landing dock to Hog Hammock ~3 miles; golf cart or tour bus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Gullah-Geechee culture, undeveloped beaches, historic lighthouse, nature &amp; birding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Hog Hammock heritage tour, Sapelo Lighthouse climb, Nanny Goat Beach shelling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Hog Hammock Gullah-Geechee Heritage Tour — </w:t>
      </w:r>
      <w:r>
        <w:rPr>
          <w:rFonts w:ascii="Arial" w:hAnsi="Arial" w:cs="Arial"/>
          <w:b w:val="0"/>
          <w:i w:val="0"/>
          <w:sz w:val="20"/>
        </w:rPr>
        <w:t>Walk the last intact Gullah-Geechee community on Sapelo with a descendant guide.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Sapelo Lighthouse — </w:t>
      </w:r>
      <w:r>
        <w:rPr>
          <w:rFonts w:ascii="Arial" w:hAnsi="Arial" w:cs="Arial"/>
          <w:b w:val="0"/>
          <w:i w:val="0"/>
          <w:sz w:val="20"/>
        </w:rPr>
        <w:t>Built in 1820 and fully restored in 1998, the candy-striped brick lighthouse is one of the oldest on the Georgia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Nanny Goat Beach — </w:t>
      </w:r>
      <w:r>
        <w:rPr>
          <w:rFonts w:ascii="Arial" w:hAnsi="Arial" w:cs="Arial"/>
          <w:b w:val="0"/>
          <w:i w:val="0"/>
          <w:sz w:val="20"/>
        </w:rPr>
        <w:t>A wide, pristine stretch of white sand backed by natural dunes and sea oats on the island's southeast tip.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Tabby Ruins — Chocolate Plantation — </w:t>
      </w:r>
      <w:r>
        <w:rPr>
          <w:rFonts w:ascii="Arial" w:hAnsi="Arial" w:cs="Arial"/>
          <w:b w:val="0"/>
          <w:i w:val="0"/>
          <w:sz w:val="20"/>
        </w:rPr>
        <w:t>At the island's remote north end, the oyster-shell tabby ruins of Thomas Spalding's 19th-century cotton plantation and sugar mill…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Native Shell Rings &amp; Wildlife Walk — </w:t>
      </w:r>
      <w:r>
        <w:rPr>
          <w:rFonts w:ascii="Arial" w:hAnsi="Arial" w:cs="Arial"/>
          <w:b w:val="0"/>
          <w:i w:val="0"/>
          <w:sz w:val="20"/>
        </w:rPr>
        <w:t>Sapelo's Native American shell rings — circular middens dating back 4,500 years — are among the oldest evidence of human…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Hog Hammock Village Walk: </w:t>
      </w:r>
      <w:r>
        <w:rPr>
          <w:rFonts w:ascii="Arial" w:hAnsi="Arial" w:cs="Arial"/>
          <w:b w:val="0"/>
          <w:i w:val="0"/>
          <w:sz w:val="20"/>
        </w:rPr>
        <w:t>~0.5 miles · Easy · Cultural — If you arrive with a tour group or private guide, walk the unpaved lanes of Hog Hammock to see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Nanny Goat Beach Stroll: </w:t>
      </w:r>
      <w:r>
        <w:rPr>
          <w:rFonts w:ascii="Arial" w:hAnsi="Arial" w:cs="Arial"/>
          <w:b w:val="0"/>
          <w:i w:val="0"/>
          <w:sz w:val="20"/>
        </w:rPr>
        <w:t>~1 mile · Easy · Beach — Once at the beach pavilion (golf cart or tour bus required to reach it), walk south along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6:29AM–8:14PM · Jul 6:31AM–8:30PM · Sep 7:09AM–7:30PM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cruiseports.org/sapelo-island-ga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Sapelo Island, Georgia,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pelo-island-g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King George State Historic Site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Sapelo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Sapelo Island National Estuarine Research 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Sapelo Island Wildlife Management Area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