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São Tomé Island, São Tomé and Príncipe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Straddling the equator in the Gulf of Guinea, São Tomé Island is Africa's 'Chocolate Island' — a lush, volcanic world of crumbling colonial plantations, ancient cacao groves, and unhurried leve-leve living.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Mixed: pier for small ships, tender for larger vessels · 🕒 Typical call: 7–10 hrs · 💵 Euros widely accepted (local Dobra/STN) · 🗣️ Portuguese spoken · 🍫 Famous for cacao &amp; chocolate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large ships; small ships dock at Porto de São Tomé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(≈1 km) from tender landing to Independence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Chocolate lovers, history seekers, nature &amp; rainforest fans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Claudio Corallo chocolate tasting; Roça Água Izé plantation ruins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Taxis wait at the pier; fares must be negotiated before boarding as there are no meters. Euros are widely accepted along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Claudio Corallo Chocolate Tasting — </w:t>
      </w:r>
      <w:r>
        <w:rPr>
          <w:rFonts w:ascii="Arial" w:hAnsi="Arial" w:cs="Arial"/>
          <w:b w:val="0"/>
          <w:i w:val="0"/>
          <w:sz w:val="20"/>
        </w:rPr>
        <w:t>Visit the laboratory of one of the world's most respected chocolatiers.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Roça Água Izé Plantation Ruins — </w:t>
      </w:r>
      <w:r>
        <w:rPr>
          <w:rFonts w:ascii="Arial" w:hAnsi="Arial" w:cs="Arial"/>
          <w:b w:val="0"/>
          <w:i w:val="0"/>
          <w:sz w:val="20"/>
        </w:rPr>
        <w:t>One of the island's largest colonial cacao plantations, now hauntingly beautiful and half-reclaimed by jungle.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Pico Cão Grande Viewpoint — </w:t>
      </w:r>
      <w:r>
        <w:rPr>
          <w:rFonts w:ascii="Arial" w:hAnsi="Arial" w:cs="Arial"/>
          <w:b w:val="0"/>
          <w:i w:val="0"/>
          <w:sz w:val="20"/>
        </w:rPr>
        <w:t>Drive south through equatorial rainforest to see this dramatic 370 m volcanic plug rising sheer from the jungle canopy.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São Sebastião National Museum &amp; Fort — </w:t>
      </w:r>
      <w:r>
        <w:rPr>
          <w:rFonts w:ascii="Arial" w:hAnsi="Arial" w:cs="Arial"/>
          <w:b w:val="0"/>
          <w:i w:val="0"/>
          <w:sz w:val="20"/>
        </w:rPr>
        <w:t>A 16th-century Portuguese fort at the edge of Ana Chaves Bay houses a modest but fascinating museum covering the slave trade…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dos Tamarindos Beach — </w:t>
      </w:r>
      <w:r>
        <w:rPr>
          <w:rFonts w:ascii="Arial" w:hAnsi="Arial" w:cs="Arial"/>
          <w:b w:val="0"/>
          <w:i w:val="0"/>
          <w:sz w:val="20"/>
        </w:rPr>
        <w:t>A calm, shaded bay on the north coast with warm turquoise water and wild tamarind trees overhead — one of the best swimming…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Heritage Walk: </w:t>
      </w:r>
      <w:r>
        <w:rPr>
          <w:rFonts w:ascii="Arial" w:hAnsi="Arial" w:cs="Arial"/>
          <w:b w:val="0"/>
          <w:i w:val="0"/>
          <w:sz w:val="20"/>
        </w:rPr>
        <w:t>1–1.5 hrs · Flat · Free — From the tender pier, walk to Independence Square, admire the pink Presidential Palace, visit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5:25AM–5:33PM · Jul 5:35AM–5:43PM · Sep 5:25AM–5:31PM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cruiseports.org/sao-tome-island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São Tomé Island, São Tomé and Príncipe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o-tome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Hellmouth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L'Atelier Vanilha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Roça Água-Izé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Kedsom surf school São Tomé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São Sebastião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