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São Jorge Island, Azores, Portugal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'Island of the Fajãs' rewards curious cruisers with towering cliffs, tiny cliff-foot villages, Europe's rarest coffee, and the sharpest cheese in Portugal.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 ships) / Tender (large ships) · 🕒 Typical call: 6–8 hrs · 💶 Currency: Euro (€) · 🗣️ Language: Portuguese (English spoken in tourism)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Port of Velas for ships up to ~120 m; larger ships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flat walk from Velas marina to town center (~400 m)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Hiking, volcanic natural pools, cheese tasting, scenic fajã drives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Poça Simão Dias natural pool at Fajã do Ouvidor &amp; São Jorge cheese tasting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€80–€150/day — Taxis are available on the island and ideal for island touring. Full-day hire runs €80–€150 and can be shared among up 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Fajã do Ouvidor &amp; Poça Simão Dias — </w:t>
      </w:r>
      <w:r>
        <w:rPr>
          <w:rFonts w:ascii="Arial" w:hAnsi="Arial" w:cs="Arial"/>
          <w:b w:val="0"/>
          <w:i w:val="0"/>
          <w:sz w:val="20"/>
        </w:rPr>
        <w:t>Drive 25 minutes to the north coast to see one of the Azores' most dramatic natural pools — deep turquoise water surrounded by…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São Jorge Cheese Factory (Uniqueijo) — </w:t>
      </w:r>
      <w:r>
        <w:rPr>
          <w:rFonts w:ascii="Arial" w:hAnsi="Arial" w:cs="Arial"/>
          <w:b w:val="0"/>
          <w:i w:val="0"/>
          <w:sz w:val="20"/>
        </w:rPr>
        <w:t>Tour the cooperative dairy in Beira (~10 min from Velas) and taste aged São Jorge cheese — raw cow's milk, sharp, spicy…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Fajã dos Vimes Coffee Plantation — </w:t>
      </w:r>
      <w:r>
        <w:rPr>
          <w:rFonts w:ascii="Arial" w:hAnsi="Arial" w:cs="Arial"/>
          <w:b w:val="0"/>
          <w:i w:val="0"/>
          <w:sz w:val="20"/>
        </w:rPr>
        <w:t>Visit Café Nunes at Fajã dos Vimes on the south coast — one of the only places in Europe where coffee is commercially grown.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Fajã dos Cubres Lagoon &amp; Hiking — </w:t>
      </w:r>
      <w:r>
        <w:rPr>
          <w:rFonts w:ascii="Arial" w:hAnsi="Arial" w:cs="Arial"/>
          <w:b w:val="0"/>
          <w:i w:val="0"/>
          <w:sz w:val="20"/>
        </w:rPr>
        <w:t>Easily reachable by car or taxi, this UNESCO Biosphere Reserve fajã has a stunning crystal-clear lagoon.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Urzelina Volcanic Tower — </w:t>
      </w:r>
      <w:r>
        <w:rPr>
          <w:rFonts w:ascii="Arial" w:hAnsi="Arial" w:cs="Arial"/>
          <w:b w:val="0"/>
          <w:i w:val="0"/>
          <w:sz w:val="20"/>
        </w:rPr>
        <w:t>See the lone church tower rising from lava fields in Urzelina — the only structure to survive the 1808 volcanic eruption that…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Velas Town &amp; Preguiça Natural Pools: </w:t>
      </w:r>
      <w:r>
        <w:rPr>
          <w:rFonts w:ascii="Arial" w:hAnsi="Arial" w:cs="Arial"/>
          <w:b w:val="0"/>
          <w:i w:val="0"/>
          <w:sz w:val="20"/>
        </w:rPr>
        <w:t>1.5 km loop · Easy · ~30–45 min — From the marina, walk along the waterfront to the Jardim da República, through the historic center…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Fajã dos Cubres Lagoon Walk: </w:t>
      </w:r>
      <w:r>
        <w:rPr>
          <w:rFonts w:ascii="Arial" w:hAnsi="Arial" w:cs="Arial"/>
          <w:b w:val="0"/>
          <w:i w:val="0"/>
          <w:sz w:val="20"/>
        </w:rPr>
        <w:t>2 km return · Easy–Moderate · ~1 hr at the fajã — Taxi or tour to Fajã dos Cubres, then walk the coastal path along the lagoon edge to the viewpoints…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6:40AM–8:57PM · Jul 6:40AM–9:16PM · Sep 7:34AM–8:00PM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cruiseports.org/sao-jorge-island-azores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São Jorge Island, Azores, Portugal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o-jorge-island-azor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Arco Natural de Velas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Baloiço Fajã de João Dias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Sea Explorers Azores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Pico da Velha Viewpoint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