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Sanya, Hainan, China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China's southernmost city delivers turquoise bays, a towering sea goddess, and one of Asia's most unexpected tropical escapes — all accessible from a modern pier on futuristic Phoenix Island.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(Phoenix Island) · 🕒 Typical call: 8-10 hrs · 💴 Chinese Yuan (RMB/CNY) · 🗣️ Mandarin Chinese · 🏖️ Beach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Phoenix Island International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20 min across bridge to Sanya Bay Road; taxi recommended for most sights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Buddhist culture, tropical seafood, duty-free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Nanshan Temple's 108 m Guanyin statue rising from the South China Sea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¥10–30 (~$1.40–$4.20 USD) — Metered taxis start at around ¥10–11 for the first 2.5 km. A taxi to the city center or Sanya Bay area typically costs ¥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Nanshan Temple &amp; Sea Guanyin — </w:t>
      </w:r>
      <w:r>
        <w:rPr>
          <w:rFonts w:ascii="Arial" w:hAnsi="Arial" w:cs="Arial"/>
          <w:b w:val="0"/>
          <w:i w:val="0"/>
          <w:sz w:val="20"/>
        </w:rPr>
        <w:t>The 108-metre, three-sided white Guanyin statue stands in the South China Sea at the Nanshan Buddhism Cultural Tourism Zone…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Yalong Bay Beach Day — </w:t>
      </w:r>
      <w:r>
        <w:rPr>
          <w:rFonts w:ascii="Arial" w:hAnsi="Arial" w:cs="Arial"/>
          <w:b w:val="0"/>
          <w:i w:val="0"/>
          <w:sz w:val="20"/>
        </w:rPr>
        <w:t>Sanya's finest beach — 7 km of fine white sand and crystal-clear water backed by international resorts.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 &amp; Miao Ethnic Culture — Binglanggu Valley — </w:t>
      </w:r>
      <w:r>
        <w:rPr>
          <w:rFonts w:ascii="Arial" w:hAnsi="Arial" w:cs="Arial"/>
          <w:b w:val="0"/>
          <w:i w:val="0"/>
          <w:sz w:val="20"/>
        </w:rPr>
        <w:t>Hainan's indigenous Li and Miao peoples showcase traditional tattooing, bamboo weaving, and song-and-dance performances in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Yalong Bay Tropical Paradise Forest Park — </w:t>
      </w:r>
      <w:r>
        <w:rPr>
          <w:rFonts w:ascii="Arial" w:hAnsi="Arial" w:cs="Arial"/>
          <w:b w:val="0"/>
          <w:i w:val="0"/>
          <w:sz w:val="20"/>
        </w:rPr>
        <w:t>Lush rainforest park above Yalong Bay featuring glass skywalks, suspension rope bridges, and panoramic sea views — a dramatic…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First Market Seafood &amp; Hainan Food Tour — </w:t>
      </w:r>
      <w:r>
        <w:rPr>
          <w:rFonts w:ascii="Arial" w:hAnsi="Arial" w:cs="Arial"/>
          <w:b w:val="0"/>
          <w:i w:val="0"/>
          <w:sz w:val="20"/>
        </w:rPr>
        <w:t>Pick live lobster, crab, or prawns at the famous Dai Yi Shi Chang market, then have them cooked to order at a neighbouring…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Sanya Bay Coconut Promenade: </w:t>
      </w:r>
      <w:r>
        <w:rPr>
          <w:rFonts w:ascii="Arial" w:hAnsi="Arial" w:cs="Arial"/>
          <w:b w:val="0"/>
          <w:i w:val="0"/>
          <w:sz w:val="20"/>
        </w:rPr>
        <w:t>1.5 km • Easy • 20-30 min • Free — Cross the Phoenix Island bridge to the mainland and turn left along Sanya Bay Road — a palm-lined…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First Market: </w:t>
      </w:r>
      <w:r>
        <w:rPr>
          <w:rFonts w:ascii="Arial" w:hAnsi="Arial" w:cs="Arial"/>
          <w:b w:val="0"/>
          <w:i w:val="0"/>
          <w:sz w:val="20"/>
        </w:rPr>
        <w:t>3 km one-way • Easy • 40 min walk or short taxi • Free — Flat walk or quick taxi ride from the bridge to Sanya's most atmospheric local market for seafood…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6:08AM–7:07PM · Jul 6:14AM–7:21PM · Sep 6:29AM–6:44PM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cruiseports.org/sanya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Sanya, Hainan, China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y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Luhuitou Plaza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Yalong Bay Tropic Paradise Forest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三亚湾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Luhuitou Park （East Gate）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大东海广场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Luhuitou Peak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China Sanya Phoenix Island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