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Santo Domingo, Dominican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oldest European city in the Americas — cobblestone streets, the first cathedral and fortress of the New World, all a short ride from your ship across the Ozama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(Sans Souci / Don Diego) · 🕒 Typical call: 8–10 hrs · 💵 Dominican Peso (DOP) · USD ok · 🗣️ Spanish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Sans Souci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Zona Colonial: </w:t>
      </w:r>
      <w:r>
        <w:rPr>
          <w:rFonts w:ascii="Arial" w:hAnsi="Arial" w:cs="Arial"/>
          <w:b w:val="0"/>
          <w:i w:val="0"/>
          <w:sz w:val="20"/>
        </w:rPr>
        <w:t>5–10 min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Catedral Primada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$5–$20 USD — Taxis wait outside Don Diego and Sans Souci terminals. The Colonial Zone is about 2 km away (5–10 min). Agree on fare 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Zona Colonial Walking Tour — </w:t>
      </w:r>
      <w:r>
        <w:rPr>
          <w:rFonts w:ascii="Arial" w:hAnsi="Arial" w:cs="Arial"/>
          <w:b w:val="0"/>
          <w:i w:val="0"/>
          <w:sz w:val="20"/>
        </w:rPr>
        <w:t>The UNESCO-listed colonial quarter: Catedral Primada (first cathedral in the Americas, 1540), Alcázar de Colón (Diego Columbus's…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Alcázar de Colón &amp; Las Casas Reales — </w:t>
      </w:r>
      <w:r>
        <w:rPr>
          <w:rFonts w:ascii="Arial" w:hAnsi="Arial" w:cs="Arial"/>
          <w:b w:val="0"/>
          <w:i w:val="0"/>
          <w:sz w:val="20"/>
        </w:rPr>
        <w:t>The fortified palace of Columbus's son and the museum of Royal Houses, telling the story of Spain's first colonial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Tres Ojos &amp; City Highlights — </w:t>
      </w:r>
      <w:r>
        <w:rPr>
          <w:rFonts w:ascii="Arial" w:hAnsi="Arial" w:cs="Arial"/>
          <w:b w:val="0"/>
          <w:i w:val="0"/>
          <w:sz w:val="20"/>
        </w:rPr>
        <w:t>A drive out to the Three Eyes limestone caves and lagoons, often paired with the Columbus Lighthouse (Faro a Colón)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Boca Chica Beach Escape — </w:t>
      </w:r>
      <w:r>
        <w:rPr>
          <w:rFonts w:ascii="Arial" w:hAnsi="Arial" w:cs="Arial"/>
          <w:b w:val="0"/>
          <w:i w:val="0"/>
          <w:sz w:val="20"/>
        </w:rPr>
        <w:t>A shallow, calm Caribbean beach about 30 km east — the easiest beach day from Santo Domingo if you'd rather swap history for sand.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Zona Colonial essentials loop: </w:t>
      </w:r>
      <w:r>
        <w:rPr>
          <w:rFonts w:ascii="Arial" w:hAnsi="Arial" w:cs="Arial"/>
          <w:b w:val="0"/>
          <w:i w:val="0"/>
          <w:sz w:val="20"/>
        </w:rPr>
        <w:t>~2.5 km · 2–3 hrs · easy · 30 min from pier — From the Sans Souci cruise pier it's about a 30-minute walk to the fort and the heart of the Zona…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Fortaleza Ozama &amp; riverfront: </w:t>
      </w:r>
      <w:r>
        <w:rPr>
          <w:rFonts w:ascii="Arial" w:hAnsi="Arial" w:cs="Arial"/>
          <w:b w:val="0"/>
          <w:i w:val="0"/>
          <w:sz w:val="20"/>
        </w:rPr>
        <w:t>~1.5 km · 1 hr · easy — The oldest formal military structure in the Americas, with the Tower of Homage and views over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Calle El Conde stroll: </w:t>
      </w:r>
      <w:r>
        <w:rPr>
          <w:rFonts w:ascii="Arial" w:hAnsi="Arial" w:cs="Arial"/>
          <w:b w:val="0"/>
          <w:i w:val="0"/>
          <w:sz w:val="20"/>
        </w:rPr>
        <w:t>~1 km · 45 min · easy — The pedestrianized spine of the old city — shops, cafés, street musicians, and colonial facades…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6:06AM–7:06PM · Jul 6:11AM–7:19PM · Sep 6:27AM–6:41PM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cruiseports.org/santo-domingo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Santo Domingo, Dominican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o-domin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 of Our Lady of Remedies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Primada de las Américas de Santo Domingo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Columbus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Dominican Convent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Nacional de Historia y Geografia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Wax Museum Juan Pablo Duarte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