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Santiago Island,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raw, uninhabited island where ancient lava flows meet pristine Pacific waters. Santiago delivers the Galapagos at its most elemental — fur seals in lava grottos, marine iguanas by the hundreds, and snorkeling with sea lions in glassy black-sand bays.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Panga only (no pier) · 🕒 Typical call: 6-8 hrs · 💵 USD (Ecuador) · 🗣️ Spanish · 🦭 Wildlife-focused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Panga (zodiac) tender to wet landings — no pier, ships anchor offshore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this is uninhabited national park; all sites are trailheads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snorkeling, volcanic geology,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Fur seal grottos at Puerto Egas and the pahoehoe lava field at Sullivan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€2–€8 — Taxis wait at the pier and can take you to the Plateau (city center) in about 10 minutes. Negotiate the fare before boar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Egas Fur Seal Grottos Walk — </w:t>
      </w:r>
      <w:r>
        <w:rPr>
          <w:rFonts w:ascii="Arial" w:hAnsi="Arial" w:cs="Arial"/>
          <w:b w:val="0"/>
          <w:i w:val="0"/>
          <w:sz w:val="20"/>
        </w:rPr>
        <w:t>Follow the coastal trail from the black sand beach at Puerto Egas to the famous fur seal grottos — shadowy lava caves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Sullivan Bay Lava Field Hike — </w:t>
      </w:r>
      <w:r>
        <w:rPr>
          <w:rFonts w:ascii="Arial" w:hAnsi="Arial" w:cs="Arial"/>
          <w:b w:val="0"/>
          <w:i w:val="0"/>
          <w:sz w:val="20"/>
        </w:rPr>
        <w:t>Walk across a young pahoehoe lava flow (from an 1897 eruption) on the southeast coast — a surreal moonscape of rope lava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Puerto Egas — </w:t>
      </w:r>
      <w:r>
        <w:rPr>
          <w:rFonts w:ascii="Arial" w:hAnsi="Arial" w:cs="Arial"/>
          <w:b w:val="0"/>
          <w:i w:val="0"/>
          <w:sz w:val="20"/>
        </w:rPr>
        <w:t>Slip into the calm waters off the black sand beach to snorkel with Galapagos sea lions, green sea turtles, whitetip reef sharks…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Buccaneer Cove Panga Ride — </w:t>
      </w:r>
      <w:r>
        <w:rPr>
          <w:rFonts w:ascii="Arial" w:hAnsi="Arial" w:cs="Arial"/>
          <w:b w:val="0"/>
          <w:i w:val="0"/>
          <w:sz w:val="20"/>
        </w:rPr>
        <w:t>Cruise the dramatic eroded tuff cliffs of Buccaneer Cove by zodiac — a former pirate and whaling anchorage with hundreds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Espumilla Beach &amp; Flamingo Lagoon — </w:t>
      </w:r>
      <w:r>
        <w:rPr>
          <w:rFonts w:ascii="Arial" w:hAnsi="Arial" w:cs="Arial"/>
          <w:b w:val="0"/>
          <w:i w:val="0"/>
          <w:sz w:val="20"/>
        </w:rPr>
        <w:t>A quiet white sand beach on the north side of James Bay where sea turtles nest.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Egas Coastal Trail: </w:t>
      </w:r>
      <w:r>
        <w:rPr>
          <w:rFonts w:ascii="Arial" w:hAnsi="Arial" w:cs="Arial"/>
          <w:b w:val="0"/>
          <w:i w:val="0"/>
          <w:sz w:val="20"/>
        </w:rPr>
        <w:t>2 km | Easy-Moderate | 1-1.5 hrs — The main trail from the black sand beach at Puerto Egas follows the rocky coastline north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Sullivan Bay Lava Loop: </w:t>
      </w:r>
      <w:r>
        <w:rPr>
          <w:rFonts w:ascii="Arial" w:hAnsi="Arial" w:cs="Arial"/>
          <w:b w:val="0"/>
          <w:i w:val="0"/>
          <w:sz w:val="20"/>
        </w:rPr>
        <w:t>2.5 km | Easy | 1.5 hrs — A loop trail across the remarkable pahoehoe lava field on Santiago's southeast coast.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cruiseports.org/santiago-island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