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Santa Maria Island, Azores, Portugal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The oldest and sunniest island in the Azores, Santa Maria rewards curious cruisers with golden-sand beaches (a rarity in the archipelago), a fortress that predates Columbus's return voyage, and a landscape unlike any other volcanic island in the Atlantic.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for large ships; small ships may dock · 🕒 Typical call: 7–9 hrs · 💶 Currency: Euro (€) · 🗣️ Language: Portuguese (English widely spoken) · ☀️ Warmest, driest island in the Azores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for most cruise ships; small/expedition vessels (&lt;120m) can dock at Vila do Porto pier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~1.2 km / 15–20 min uphill from tender pier to Vila do Porto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Beaches, hiking, Columbus history, authentic Azorean culture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Praia Formosa beach, Fort of São Brás, and the Columbus chapel at Anjos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€5–€15 — Taxis available at the port and around Vila do Porto, roughly 2 km from the cruise pier. Some drivers offer private isla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Praia Formosa Beach Day — </w:t>
      </w:r>
      <w:r>
        <w:rPr>
          <w:rFonts w:ascii="Arial" w:hAnsi="Arial" w:cs="Arial"/>
          <w:b w:val="0"/>
          <w:i w:val="0"/>
          <w:sz w:val="20"/>
        </w:rPr>
        <w:t>Santa Maria's showpiece — a long crescent of pale-gold sand with calm, clear Atlantic water.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Columbus at Anjos Village — </w:t>
      </w:r>
      <w:r>
        <w:rPr>
          <w:rFonts w:ascii="Arial" w:hAnsi="Arial" w:cs="Arial"/>
          <w:b w:val="0"/>
          <w:i w:val="0"/>
          <w:sz w:val="20"/>
        </w:rPr>
        <w:t>In 1493, Christopher Columbus stopped at Anjos on his return from the Americas — his crew prayed at the tiny Ermida dos Anjos…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Island Jeep Safari — </w:t>
      </w:r>
      <w:r>
        <w:rPr>
          <w:rFonts w:ascii="Arial" w:hAnsi="Arial" w:cs="Arial"/>
          <w:b w:val="0"/>
          <w:i w:val="0"/>
          <w:sz w:val="20"/>
        </w:rPr>
        <w:t>Cover Santa Maria's contrasting landscapes in one circuit — the red clay badlands of Barreiro da Faneca, the crater-like São…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Barreiro da Faneca — The Red Desert — </w:t>
      </w:r>
      <w:r>
        <w:rPr>
          <w:rFonts w:ascii="Arial" w:hAnsi="Arial" w:cs="Arial"/>
          <w:b w:val="0"/>
          <w:i w:val="0"/>
          <w:sz w:val="20"/>
        </w:rPr>
        <w:t>This protected landscape of undulating bright-red clay is unique in the Azores — formed by ancient erosion rather than volcanic…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Whale &amp; Dolphin Watching — </w:t>
      </w:r>
      <w:r>
        <w:rPr>
          <w:rFonts w:ascii="Arial" w:hAnsi="Arial" w:cs="Arial"/>
          <w:b w:val="0"/>
          <w:i w:val="0"/>
          <w:sz w:val="20"/>
        </w:rPr>
        <w:t>Santa Maria's warm Atlantic waters host common, bottlenose, and spotted dolphins year-round, with sperm whales and other…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Pier to Vila do Porto Historic Center: </w:t>
      </w:r>
      <w:r>
        <w:rPr>
          <w:rFonts w:ascii="Arial" w:hAnsi="Arial" w:cs="Arial"/>
          <w:b w:val="0"/>
          <w:i w:val="0"/>
          <w:sz w:val="20"/>
        </w:rPr>
        <w:t>1.2 km · 15–20 min · Uphill · Easy–Moderate — From the marina tender dock, follow the main road uphill past the marina facilities into Vila do…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São Lourenço Bay Viewpoint Walk: </w:t>
      </w:r>
      <w:r>
        <w:rPr>
          <w:rFonts w:ascii="Arial" w:hAnsi="Arial" w:cs="Arial"/>
          <w:b w:val="0"/>
          <w:i w:val="0"/>
          <w:sz w:val="20"/>
        </w:rPr>
        <w:t>Short loop · ~1 hr · Easy — From the road above São Lourenço Bay (reachable by taxi/car, ~25 min from port), a short trail…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6:32AM–8:41PM · Jul 6:33AM–8:59PM · Sep 7:23AM–7:47PM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cruiseports.org/santa-maria-island-azores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Santa Maria Island, Azores, Portugal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anta-maria-island-azores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Monumento Natural da Pedreira do Campo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Recreational Forest Reserve of Valverde Eng. Emiliano Costa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Ribeira de Maloás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Forte de São Brás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Poço da Pedreira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Gruta do Figueiral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Ponta do Castelo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Praia Formosa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