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Santa Margherita Ligure, Liguria,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Pastel villas, turquoise water, and the best pesto you'll ever eat — Santa Margherita Ligure is the Italian Riviera done right, without Portofino's price tag.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7-9 hrs · 💶 Currency: Euro · 🗣️ Language: Italian · ⛵ Gateway to Portofino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offshore, ~10–15 min ride to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flat walk from tender dock to Piazza Mazzini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Day trip to Portofino, pesto lunch, scenic coastal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Ferry to Portofino, trompe-l'œil architecture, fresh focaccia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€12–€25 — Taxis are available near the harbor and train station. The most popular ride is to Portofino (4–5 km), costing roughly €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Portofino — </w:t>
      </w:r>
      <w:r>
        <w:rPr>
          <w:rFonts w:ascii="Arial" w:hAnsi="Arial" w:cs="Arial"/>
          <w:b w:val="0"/>
          <w:i w:val="0"/>
          <w:sz w:val="20"/>
        </w:rPr>
        <w:t>Hop the public ferry for 15 minutes and arrive in one of Italy's most photographed villages.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Walk to Portofino — </w:t>
      </w:r>
      <w:r>
        <w:rPr>
          <w:rFonts w:ascii="Arial" w:hAnsi="Arial" w:cs="Arial"/>
          <w:b w:val="0"/>
          <w:i w:val="0"/>
          <w:sz w:val="20"/>
        </w:rPr>
        <w:t>A 5 km flat-to-gentle coastal path through pine forest and past hidden coves connects Santa Margherita to Portofino.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 Durazzo &amp; Gardens — </w:t>
      </w:r>
      <w:r>
        <w:rPr>
          <w:rFonts w:ascii="Arial" w:hAnsi="Arial" w:cs="Arial"/>
          <w:b w:val="0"/>
          <w:i w:val="0"/>
          <w:sz w:val="20"/>
        </w:rPr>
        <w:t>A 17th-century palace set in terraced Italianate gardens above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Ligurian Food Walk — </w:t>
      </w:r>
      <w:r>
        <w:rPr>
          <w:rFonts w:ascii="Arial" w:hAnsi="Arial" w:cs="Arial"/>
          <w:b w:val="0"/>
          <w:i w:val="0"/>
          <w:sz w:val="20"/>
        </w:rPr>
        <w:t>Hunt down the best pesto in Liguria, try Focaccia di Recco (thin pastry with molten Stracchino cheese), and finish with a cup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Paraggi Beach — </w:t>
      </w:r>
      <w:r>
        <w:rPr>
          <w:rFonts w:ascii="Arial" w:hAnsi="Arial" w:cs="Arial"/>
          <w:b w:val="0"/>
          <w:i w:val="0"/>
          <w:sz w:val="20"/>
        </w:rPr>
        <w:t>One of the few sandy beaches on this stretch of Riviera, halfway between Santa Margherita and Portofino.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Loop: </w:t>
      </w:r>
      <w:r>
        <w:rPr>
          <w:rFonts w:ascii="Arial" w:hAnsi="Arial" w:cs="Arial"/>
          <w:b w:val="0"/>
          <w:i w:val="0"/>
          <w:sz w:val="20"/>
        </w:rPr>
        <w:t>1.5 km · 20–30 min · Flat — Stroll from the tender pier along the palm-lined Lungomare past the Baroque church of Santa…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 Durazzo Garden Walk: </w:t>
      </w:r>
      <w:r>
        <w:rPr>
          <w:rFonts w:ascii="Arial" w:hAnsi="Arial" w:cs="Arial"/>
          <w:b w:val="0"/>
          <w:i w:val="0"/>
          <w:sz w:val="20"/>
        </w:rPr>
        <w:t>1 km · 20 min · Gentle uphill — From the harbor, follow the cobblestone path uphill to Villa Durazzo's terraced gardens.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5:56AM–8:43PM · Jul 5:53AM–9:04PM · Sep 7:02AM–7:33PM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cruiseports.org/santa-margherita-ligure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Santa Margherita Ligure, Liguria,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a-margherita-ligu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Sant'Apollinare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Funivia Rapallo Montallegro Stazione a Valle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Nicolò di Capodimonte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Funivia Rapallo - Montallegro / Stazione a monte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Abbazia di San Fruttuoso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di Villa Rocca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 Siro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Tower of Punta Pagana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