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Fe Island, Galapagos,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Galapagos' oldest islands, Santa Fe (Barrington Island) is a living evolution showcase: 30-foot prickly-pear cacti, endemic land iguanas, and sea lions sharing a postcard-perfect bay. There are no shops, no restaurants, no roads — just raw nature and National Park rules.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(wet landing, panga) · 🕒 Typical call: 4-6 hrs · 💵 USD (no shops on island) · 🗣️ Spanish / English guides · 🦎 Galapagos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Panga (Zodiac) wet landing at Barrington Bay — wade ashore in knee-deep water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town; two marked trails of 0.5–1.2 mi from the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up-close: endemic land iguanas, sea lion pups, marine turtles, snorkeling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Santa Fe Land Iguana under the giant Opuntia cacti forest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&amp; Cactus Forest Walk — </w:t>
      </w:r>
      <w:r>
        <w:rPr>
          <w:rFonts w:ascii="Arial" w:hAnsi="Arial" w:cs="Arial"/>
          <w:b w:val="0"/>
          <w:i w:val="0"/>
          <w:sz w:val="20"/>
        </w:rPr>
        <w:t>The easy 0.5-mile beach loop takes you through coastal scrub and the base of the giant Opuntia forest, past sea lion harems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&amp; Viewpoint Trail — </w:t>
      </w:r>
      <w:r>
        <w:rPr>
          <w:rFonts w:ascii="Arial" w:hAnsi="Arial" w:cs="Arial"/>
          <w:b w:val="0"/>
          <w:i w:val="0"/>
          <w:sz w:val="20"/>
        </w:rPr>
        <w:t>The moderate 1.2-mile loop climbs a lava cliff to panoramic views over Barrington Bay and deeper into the giant Opuntia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in Barrington Bay — </w:t>
      </w:r>
      <w:r>
        <w:rPr>
          <w:rFonts w:ascii="Arial" w:hAnsi="Arial" w:cs="Arial"/>
          <w:b w:val="0"/>
          <w:i w:val="0"/>
          <w:sz w:val="20"/>
        </w:rPr>
        <w:t>Barrington Bay ranks among the best Galapagos snorkel sites: playful sea lion pups, green sea turtles, spotted eagle rays…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Fe Land Iguana Encounter — </w:t>
      </w:r>
      <w:r>
        <w:rPr>
          <w:rFonts w:ascii="Arial" w:hAnsi="Arial" w:cs="Arial"/>
          <w:b w:val="0"/>
          <w:i w:val="0"/>
          <w:sz w:val="20"/>
        </w:rPr>
        <w:t>The Santa Fe Land Iguana is found nowhere else on Earth — paler and stockier than other Galapagos iguanas, with large dorsal…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Barrington Bay Beach Loop: </w:t>
      </w:r>
      <w:r>
        <w:rPr>
          <w:rFonts w:ascii="Arial" w:hAnsi="Arial" w:cs="Arial"/>
          <w:b w:val="0"/>
          <w:i w:val="0"/>
          <w:sz w:val="20"/>
        </w:rPr>
        <w:t>0.5 mi / 0.8 km · Easy · ~1 hr — Flat sandy walk from the wet landing beach through coastal vegetation and the base of the giant…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&amp; Cactus Forest Trail: </w:t>
      </w:r>
      <w:r>
        <w:rPr>
          <w:rFonts w:ascii="Arial" w:hAnsi="Arial" w:cs="Arial"/>
          <w:b w:val="0"/>
          <w:i w:val="0"/>
          <w:sz w:val="20"/>
        </w:rPr>
        <w:t>1.2 mi / 2 km · Moderate · ~2 hrs — Steeper lava-rock loop climbing to a cliff viewpoint above the bay, then through the densest stands…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5:57AM–6:02PM · Jun 5:58AM–6:02PM · Aug 6:02AM–6:07PM · Sep 5:52AM–5:58PM · Oct 5:42AM–5:49PM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Two pairs of shoes: Water sandals (Tevas, Chacos) for the wet landing and snorkelling; closed-toe hiking shoes with grip for the rocky trails. Pack the dry…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food, no single-use plastic: National Park rules prohibit bringing food ashore and ban plastic water bottles. Eat on the ship and bring a reusable metal…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Reef-safe sunscreen only: Standard sunscreen chemicals damage Galapagos coral and marine life — the park actively enforces this. The equatorial sun is intense…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cruiseports.org/santa-fe-island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