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Santa Cruz Island, Galápagos, Ecuador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beating heart of the Galápagos. In Puerto Ayora, marine iguanas share the sidewalk, sea lions nap on park benches, and the world's most famous tortoise research station is a short walk from the pier.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(anchor in Academy Bay) · 🕒 Typical call: 6–8 hrs · 💵 US Dollar (USD) · 🗣️ Spanish · 🐢 Expedition ships only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in Academy Bay; pangas (Zodiacs) ferry passengers to the Muelle de Pasajeros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0 min — pier lands directly on Avenida Charles Darwin, the main waterfront strip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Endemic wildlife encounters, giant tortoise trekking, snorkeling volcanic crevices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Giant tortoises in the Highlands (El Chato) and the Fish Market pelican/sea lion circus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$1.50–$2 in town; $15–$20 to highlands — White pickup trucks serve as taxis on the island. Fares within Puerto Ayora are very cheap; trips into the Santa Cruz hi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Galápagos Highlands &amp; Giant Tortoises — </w:t>
      </w:r>
      <w:r>
        <w:rPr>
          <w:rFonts w:ascii="Arial" w:hAnsi="Arial" w:cs="Arial"/>
          <w:b w:val="0"/>
          <w:i w:val="0"/>
          <w:sz w:val="20"/>
        </w:rPr>
        <w:t>A 20-minute taxi ride into the misty highlands brings you face-to-face with free-roaming giant tortoises at El Chato or Primicias…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Charles Darwin Research Station — </w:t>
      </w:r>
      <w:r>
        <w:rPr>
          <w:rFonts w:ascii="Arial" w:hAnsi="Arial" w:cs="Arial"/>
          <w:b w:val="0"/>
          <w:i w:val="0"/>
          <w:sz w:val="20"/>
        </w:rPr>
        <w:t>Walk 15 minutes from the pier to the world's most famous conservation station.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Las Grietas Snorkel — </w:t>
      </w:r>
      <w:r>
        <w:rPr>
          <w:rFonts w:ascii="Arial" w:hAnsi="Arial" w:cs="Arial"/>
          <w:b w:val="0"/>
          <w:i w:val="0"/>
          <w:sz w:val="20"/>
        </w:rPr>
        <w:t>A volcanic crevice filled with crystal-clear brackish water — one of the most unusual snorkel spots in the world.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Tortuga Bay Beach Day — </w:t>
      </w:r>
      <w:r>
        <w:rPr>
          <w:rFonts w:ascii="Arial" w:hAnsi="Arial" w:cs="Arial"/>
          <w:b w:val="0"/>
          <w:i w:val="0"/>
          <w:sz w:val="20"/>
        </w:rPr>
        <w:t>A 40-minute walk (or $10 water taxi) through a cactus forest leads to one of the most beautiful beaches in South America.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Puerto Ayora Waterfront Walk — </w:t>
      </w:r>
      <w:r>
        <w:rPr>
          <w:rFonts w:ascii="Arial" w:hAnsi="Arial" w:cs="Arial"/>
          <w:b w:val="0"/>
          <w:i w:val="0"/>
          <w:sz w:val="20"/>
        </w:rPr>
        <w:t>Avenida Charles Darwin runs from the pier through town.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Pier to Darwin Research Station: </w:t>
      </w:r>
      <w:r>
        <w:rPr>
          <w:rFonts w:ascii="Arial" w:hAnsi="Arial" w:cs="Arial"/>
          <w:b w:val="0"/>
          <w:i w:val="0"/>
          <w:sz w:val="20"/>
        </w:rPr>
        <w:t>1.2 km · 15 min · Easy — Follow Avenida Charles Darwin northeast from the pier past the fish market and waterfront…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Laguna de las Ninfas Boardwalk: </w:t>
      </w:r>
      <w:r>
        <w:rPr>
          <w:rFonts w:ascii="Arial" w:hAnsi="Arial" w:cs="Arial"/>
          <w:b w:val="0"/>
          <w:i w:val="0"/>
          <w:sz w:val="20"/>
        </w:rPr>
        <w:t>0.5 km loop · 20 min · Easy — A peaceful wooden boardwalk threading through mangrove forest around a brackish lagoon.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to Tortuga Bay Trailhead: </w:t>
      </w:r>
      <w:r>
        <w:rPr>
          <w:rFonts w:ascii="Arial" w:hAnsi="Arial" w:cs="Arial"/>
          <w:b w:val="0"/>
          <w:i w:val="0"/>
          <w:sz w:val="20"/>
        </w:rPr>
        <w:t>1.5 km · 20 min to trailhead · then 2.5 km to beach — Walk west along Avenida Charles Darwin through town to the Tortuga Bay ranger station.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5:55AM–5:59PM · Jul 6:05AM–6:09PM · Sep 5:53AM–5:59PM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cruiseports.org/santa-cruz-island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Santa Cruz Island, Galápagos, Ecuador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anta-cruz-isla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Parque Nacional Galápagos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El Mirador de Los Tuneles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Charles Darwin Research Station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Tortuga Bay Beach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Fausto Llerena breeding center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Lava Tunnel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 Ratonera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