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Santa Cruz de Tenerife, Tenerife, Spain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Tenerife's capital puts the world's third-largest volcano within reach of a cruise day. Ships dock steps from a walkable city center, making it one of the Atlantic's most versatile port calls.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Docked (cruise terminal) · 🕒 Typical call: 8-10 hrs · 💶 Currency: Euro (€) · 🗣️ Language: Spanish · 🌋 Volcano country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Muelle de Santa Cruz — ships dock portside, 5-min walk to city center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5 min to Plaza de España; 10 min to Mercado de Nuestra Señora de África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Volcano day-trips, wildlife parks, city strolls, Canarian food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Mount Teide by cable car — book ahead; views across three islands on clear days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€20–€30 — Taxis are available at the cruise terminal rank. Fare to city center is roughly €20–€30 depending on traffic; metered ri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Uber, Bolt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🚌 Hop-on hop-off: </w:t>
      </w:r>
      <w:r>
        <w:rPr>
          <w:rFonts w:ascii="Arial" w:hAnsi="Arial" w:cs="Arial"/>
          <w:b w:val="0"/>
          <w:i w:val="0"/>
          <w:sz w:val="20"/>
        </w:rPr>
        <w:t>✅ City Sightseeing Santa Cruz de Tenerife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Mount Teide Cable Car — </w:t>
      </w:r>
      <w:r>
        <w:rPr>
          <w:rFonts w:ascii="Arial" w:hAnsi="Arial" w:cs="Arial"/>
          <w:b w:val="0"/>
          <w:i w:val="0"/>
          <w:sz w:val="20"/>
        </w:rPr>
        <w:t>Ride the cable car to La Rambleta at 3,555 m on Spain's highest peak (Teide summits at 3,718 m) for panoramic views over the…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Loro Parque — </w:t>
      </w:r>
      <w:r>
        <w:rPr>
          <w:rFonts w:ascii="Arial" w:hAnsi="Arial" w:cs="Arial"/>
          <w:b w:val="0"/>
          <w:i w:val="0"/>
          <w:sz w:val="20"/>
        </w:rPr>
        <w:t>World-renowned wildlife park in Puerto de la Cruz with orca, dolphin, sea lion, and penguin shows alongside one of the world's…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Anaga Rural Park — </w:t>
      </w:r>
      <w:r>
        <w:rPr>
          <w:rFonts w:ascii="Arial" w:hAnsi="Arial" w:cs="Arial"/>
          <w:b w:val="0"/>
          <w:i w:val="0"/>
          <w:sz w:val="20"/>
        </w:rPr>
        <w:t>Ancient laurisilva (laurel forest) draped over rugged peaks in the northeast corner of Tenerife.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Playa de las Teresitas — </w:t>
      </w:r>
      <w:r>
        <w:rPr>
          <w:rFonts w:ascii="Arial" w:hAnsi="Arial" w:cs="Arial"/>
          <w:b w:val="0"/>
          <w:i w:val="0"/>
          <w:sz w:val="20"/>
        </w:rPr>
        <w:t>Tenerife's most famous city beach — golden Saharan sand imported to a sheltered bay just 10 km from the port.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Santa Cruz City Walk &amp; Mercado Africano — </w:t>
      </w:r>
      <w:r>
        <w:rPr>
          <w:rFonts w:ascii="Arial" w:hAnsi="Arial" w:cs="Arial"/>
          <w:b w:val="0"/>
          <w:i w:val="0"/>
          <w:sz w:val="20"/>
        </w:rPr>
        <w:t>Wander from Plaza de España past the Iglesia de la Concepción, through the Rambla de Santa Cruz, and into the vibrant Mercado de…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Harbor to Plaza de España Loop: </w:t>
      </w:r>
      <w:r>
        <w:rPr>
          <w:rFonts w:ascii="Arial" w:hAnsi="Arial" w:cs="Arial"/>
          <w:b w:val="0"/>
          <w:i w:val="0"/>
          <w:sz w:val="20"/>
        </w:rPr>
        <w:t>1.5 km · 20 min · Flat · No map needed — Leave the port gate, turn right along Avenida de Anaga, and arrive at the grand Plaza de España…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Rambla &amp; Market Walk: </w:t>
      </w:r>
      <w:r>
        <w:rPr>
          <w:rFonts w:ascii="Arial" w:hAnsi="Arial" w:cs="Arial"/>
          <w:b w:val="0"/>
          <w:i w:val="0"/>
          <w:sz w:val="20"/>
        </w:rPr>
        <w:t>2.5 km · 35 min · Flat · Self-guided — From Plaza de España, follow Calle del Castillo (main shopping street) north to the Rambla de Santa…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Waterfront to Old Town Loop: </w:t>
      </w:r>
      <w:r>
        <w:rPr>
          <w:rFonts w:ascii="Arial" w:hAnsi="Arial" w:cs="Arial"/>
          <w:b w:val="0"/>
          <w:i w:val="0"/>
          <w:sz w:val="20"/>
        </w:rPr>
        <w:t>3 km · ~1.5 hrs · Easy — A flat, shaded walk through the heart of Santa Cruz taking in the seafront promenade, the main…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7:14AM–8:48PM · Jul 7:17AM–9:04PM · Sep 7:50AM–8:09PM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cruiseports.org/santa-cruz-de-tenerife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Santa Cruz de Tenerife, Tenerife, Spain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santa-cruz-de-tenerife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Auditorio de Tenerife Adán Martín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Parque Marítimo César Manrique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Real Club de Golf de Tenerife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Palmetum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Fundación Cristino de Vera-Espacio Cultural CajaCanarias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Real Santuario del Cristo de La Laguna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Castillo de San Cristobal</w:t>
            </w:r>
          </w:p>
        </w:tc>
        <w:tc>
          <w:tcPr>
            <w:tcW w:type="dxa" w:w="5256"/>
          </w:tcPr>
          <w:p/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