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Sandnessjøen, Helgeland,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Seven jagged peaks loom over a compact island town just south of the Arctic Circle — Sandnessjøen packs Viking legends, a medieval churchyard, and some of Norway's most dramatic coastal scenery into a short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(docked, town centre) · 🕒 Typical call: 6–8 hrs · 💳 Cashless — NOK, card everywhere · 🗣️ Norwegian (English widely spoken) · ☀️ Bright white nights in summer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Horvnes Quay, ~10 min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from Horvnes; town fully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Mountain scenery, Viking history,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Views of De Syv Søstre (Seven Sisters) &amp; Petter Dass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100–150 NOK (~$9–14 USD) — Taxis from Horvnes quay (10 min north of center) cost roughly 100–150 NOK. Base fare ~100 NOK plus ~14.5 NOK/km. Local 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Seven Sisters (De Syv Søstre) Hike — </w:t>
      </w:r>
      <w:r>
        <w:rPr>
          <w:rFonts w:ascii="Arial" w:hAnsi="Arial" w:cs="Arial"/>
          <w:b w:val="0"/>
          <w:i w:val="0"/>
          <w:sz w:val="20"/>
        </w:rPr>
        <w:t>The seven jagged peaks rising across the sound are the defining image of Sandnessjøen.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Petter Dass Museum &amp; Alstahaug Medieval Church — </w:t>
      </w:r>
      <w:r>
        <w:rPr>
          <w:rFonts w:ascii="Arial" w:hAnsi="Arial" w:cs="Arial"/>
          <w:b w:val="0"/>
          <w:i w:val="0"/>
          <w:sz w:val="20"/>
        </w:rPr>
        <w:t>About 12 km south of town, the Alstahaug rectory was home to 17th-century poet-priest Petter Dass.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Safari through the Helgeland Archipelago — </w:t>
      </w:r>
      <w:r>
        <w:rPr>
          <w:rFonts w:ascii="Arial" w:hAnsi="Arial" w:cs="Arial"/>
          <w:b w:val="0"/>
          <w:i w:val="0"/>
          <w:sz w:val="20"/>
        </w:rPr>
        <w:t>Speed across the island-dotted Helgeland coast in a rigid inflatable boat, spotting white-tailed eagles, cormorants, and remote…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Cycling — Herøy or Dønna — </w:t>
      </w:r>
      <w:r>
        <w:rPr>
          <w:rFonts w:ascii="Arial" w:hAnsi="Arial" w:cs="Arial"/>
          <w:b w:val="0"/>
          <w:i w:val="0"/>
          <w:sz w:val="20"/>
        </w:rPr>
        <w:t>Take a ferry to flat, scenic Herøy (Herøy church, Herøy Museum) or Dønna (medieval church, Dønnes mountain viewpoint).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Nights or Northern Lights Experience — </w:t>
      </w:r>
      <w:r>
        <w:rPr>
          <w:rFonts w:ascii="Arial" w:hAnsi="Arial" w:cs="Arial"/>
          <w:b w:val="0"/>
          <w:i w:val="0"/>
          <w:sz w:val="20"/>
        </w:rPr>
        <w:t>Summer calls (late May–July) enjoy near-perpetual bright 'white nights' — Sandnessjøen sits just south of the Arctic Circle, so…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Town Centre Stroll: </w:t>
      </w:r>
      <w:r>
        <w:rPr>
          <w:rFonts w:ascii="Arial" w:hAnsi="Arial" w:cs="Arial"/>
          <w:b w:val="0"/>
          <w:i w:val="0"/>
          <w:sz w:val="20"/>
        </w:rPr>
        <w:t>1.5 km · 30 min · Easy — Walk from the Horvnes pier along the harbour front into town, passing the marina, local cafes,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Helgeland Bridge Viewpoint: </w:t>
      </w:r>
      <w:r>
        <w:rPr>
          <w:rFonts w:ascii="Arial" w:hAnsi="Arial" w:cs="Arial"/>
          <w:b w:val="0"/>
          <w:i w:val="0"/>
          <w:sz w:val="20"/>
        </w:rPr>
        <w:t>~3 km one-way · 1 hr · Easy–moderate — Walk or cycle out to view the Helgelandsbrua cable-stayed bridge connecting Alsta island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6:30AM–7:36PM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cruiseports.org/sandnessjoen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Sandnessjøen, Helgeland,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dnessjo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Petter Dass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Torolvstein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