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Sandefjord, Vestfold,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whaling capital of the world, Sandefjord is a small, immaculate Norwegian town where giant blue whales hang from museum ceilings and a Viking burial mound waits just outside town. It's one of those ports where the history punches well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💳 Cashless — card only (NOK) · 🗣️ Norwegian (English universal) · 🐳 Whaling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Modern pier, central harbor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Whaling Museum &amp; town center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walkers, seafood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Hvalfangstmuseet (Whaling Museum) and the harbor monument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150–200 NOK (~$14–19 USD) — Taxis are available at the port. Given the short distance, expect to pay close to the base fare. Hvalen Taxi is a local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Hvalfangstmuseet — Whaling Museum — </w:t>
      </w:r>
      <w:r>
        <w:rPr>
          <w:rFonts w:ascii="Arial" w:hAnsi="Arial" w:cs="Arial"/>
          <w:b w:val="0"/>
          <w:i w:val="0"/>
          <w:sz w:val="20"/>
        </w:rPr>
        <w:t>One of the world's only museums dedicated solely to whaling.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Gokstad Viking Burial Mound — </w:t>
      </w:r>
      <w:r>
        <w:rPr>
          <w:rFonts w:ascii="Arial" w:hAnsi="Arial" w:cs="Arial"/>
          <w:b w:val="0"/>
          <w:i w:val="0"/>
          <w:sz w:val="20"/>
        </w:rPr>
        <w:t>The actual site where the famous 9th-century Gokstad longship was excavated in 1880.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Midtåsen Sculpture Park — </w:t>
      </w:r>
      <w:r>
        <w:rPr>
          <w:rFonts w:ascii="Arial" w:hAnsi="Arial" w:cs="Arial"/>
          <w:b w:val="0"/>
          <w:i w:val="0"/>
          <w:sz w:val="20"/>
        </w:rPr>
        <w:t>The former estate of shipping magnate Anders Jahre, now a public park with fjord panoramas, formal gardens, and outdoor sculpture.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Seafood &amp; Brygga 11 — </w:t>
      </w:r>
      <w:r>
        <w:rPr>
          <w:rFonts w:ascii="Arial" w:hAnsi="Arial" w:cs="Arial"/>
          <w:b w:val="0"/>
          <w:i w:val="0"/>
          <w:sz w:val="20"/>
        </w:rPr>
        <w:t>Sandefjord punches above its weight on 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Badeparken &amp; Harbour Promenade Walk — </w:t>
      </w:r>
      <w:r>
        <w:rPr>
          <w:rFonts w:ascii="Arial" w:hAnsi="Arial" w:cs="Arial"/>
          <w:b w:val="0"/>
          <w:i w:val="0"/>
          <w:sz w:val="20"/>
        </w:rPr>
        <w:t>A short stroll from the pier to Sandefjord's Badeparken (bathing park) along the waterfront.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Whaling Heritage Loop: </w:t>
      </w:r>
      <w:r>
        <w:rPr>
          <w:rFonts w:ascii="Arial" w:hAnsi="Arial" w:cs="Arial"/>
          <w:b w:val="0"/>
          <w:i w:val="0"/>
          <w:sz w:val="20"/>
        </w:rPr>
        <w:t>~2 km · 30-40 min · Flat — Walk from the cruise pier along the waterfront to the Whaling Museum, then up to the Whaling…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Wander: </w:t>
      </w:r>
      <w:r>
        <w:rPr>
          <w:rFonts w:ascii="Arial" w:hAnsi="Arial" w:cs="Arial"/>
          <w:b w:val="0"/>
          <w:i w:val="0"/>
          <w:sz w:val="20"/>
        </w:rPr>
        <w:t>~1.5 km · 20-30 min · Flat — A relaxed stroll through Sandefjord's pedestrian streets.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4:47AM–9:44PM · Jul 4:31AM–10:17PM · Sep 6:48AM–7:38PM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cruiseports.org/sandefjord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Sandefjord, Vestfold,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defjo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Gokstad Coastal Association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Torås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Hvalfangstmonumentet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Aktiv Fritid Tjøme 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Istrehågan, Iron age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Visitor Center Færder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HKB 5/980 Vesterøen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Tollerodden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