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Sandane, Vestland,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innermost reach of Gloppefjorden, Sandane is one of Norway's least-crowded cruise ports — an unspoiled village where you can stand over a thundering waterfall, explore a museum of 44 historic timber buildings, or arrange a day trip to the Briksdal Glacier.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(most ships) · 🕒 Typical call: 7-9 hrs · 💴 Norwegian Krone (NOK) — Norway is cashless, cards everywhere · 🗣️ Norwegian (English widely spoken) · 🌿 Fjord &amp; nature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cruise ships; small expedition vessels may dock at Sandane Kai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pontoon — town is immediately at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Open-air museum, waterfall hiking, glacier excursions, authentic village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Nordfjord Folk Museum and the Fosseteateret waterfall platform over Holvikfossen in Trivselsskogen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NOK 100–300 (~–) — Local taxis are available in Sandane for short transfers or excursions into the surrounding Nordfjord region. Given the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Nordfjord Folk Museum — </w:t>
      </w:r>
      <w:r>
        <w:rPr>
          <w:rFonts w:ascii="Arial" w:hAnsi="Arial" w:cs="Arial"/>
          <w:b w:val="0"/>
          <w:i w:val="0"/>
          <w:sz w:val="20"/>
        </w:rPr>
        <w:t>One of Norway's finest open-air museums with 44 historic wooden buildings from the 17th–19th centuries, showing how fjord farmers…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Trivselsskogen Waterfall Trail — </w:t>
      </w:r>
      <w:r>
        <w:rPr>
          <w:rFonts w:ascii="Arial" w:hAnsi="Arial" w:cs="Arial"/>
          <w:b w:val="0"/>
          <w:i w:val="0"/>
          <w:sz w:val="20"/>
        </w:rPr>
        <w:t>A beloved network of forest and mountain trails above the town, built partly with Sherpa-laid stone stairs.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Loen Skylift Day Trip — </w:t>
      </w:r>
      <w:r>
        <w:rPr>
          <w:rFonts w:ascii="Arial" w:hAnsi="Arial" w:cs="Arial"/>
          <w:b w:val="0"/>
          <w:i w:val="0"/>
          <w:sz w:val="20"/>
        </w:rPr>
        <w:t>About an hour's drive away, the Loen Skylift is one of Europe's steepest cable cars — climbing 1,011 meters to Mount Hoven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Briksdal Glacier Excursion — </w:t>
      </w:r>
      <w:r>
        <w:rPr>
          <w:rFonts w:ascii="Arial" w:hAnsi="Arial" w:cs="Arial"/>
          <w:b w:val="0"/>
          <w:i w:val="0"/>
          <w:sz w:val="20"/>
        </w:rPr>
        <w:t>The Briksdalsbreen arm of the Jostedalsbreen ice sheet — Norway's largest glacier — is a 1.5-hour drive from Sandane.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Sandane Sjøbad Sea Bath — </w:t>
      </w:r>
      <w:r>
        <w:rPr>
          <w:rFonts w:ascii="Arial" w:hAnsi="Arial" w:cs="Arial"/>
          <w:b w:val="0"/>
          <w:i w:val="0"/>
          <w:sz w:val="20"/>
        </w:rPr>
        <w:t>A short 5-10 minute walk from the pier, this community sea bath has a grassy sunbathing area, diving tower, floating dock,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&amp; Town Center Stroll: </w:t>
      </w:r>
      <w:r>
        <w:rPr>
          <w:rFonts w:ascii="Arial" w:hAnsi="Arial" w:cs="Arial"/>
          <w:b w:val="0"/>
          <w:i w:val="0"/>
          <w:sz w:val="20"/>
        </w:rPr>
        <w:t>1 km • 15 min • Flat • Free — From the tender pontoon, walk along the Gloppefjorden shoreline path and into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Trivselsskogen — Holvikfossen &amp; Viewpoints: </w:t>
      </w:r>
      <w:r>
        <w:rPr>
          <w:rFonts w:ascii="Arial" w:hAnsi="Arial" w:cs="Arial"/>
          <w:b w:val="0"/>
          <w:i w:val="0"/>
          <w:sz w:val="20"/>
        </w:rPr>
        <w:t>3-4 km • 1.5-2 hrs • Moderate • Free — Head uphill from the town center to Trivselsskogen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Nordfjord Folk Museum Walk: </w:t>
      </w:r>
      <w:r>
        <w:rPr>
          <w:rFonts w:ascii="Arial" w:hAnsi="Arial" w:cs="Arial"/>
          <w:b w:val="0"/>
          <w:i w:val="0"/>
          <w:sz w:val="20"/>
        </w:rPr>
        <w:t>1.5 km • 20 min • Easy uphill • Museum entry ~120 NOK — A straightforward uphill walk from the pier to the Nordfjord Folk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4:43AM–10:21PM · Jul 4:21AM–10:59PM · Sep 7:01AM–7:57PM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cruiseports.org/sandane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Sandane, Vestland,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da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Nordfjord Folk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Tvinnefossen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Trivselsskogen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Fotostop Hornindalsvatnet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Fosseteateret Holvikfossen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