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Sandakan, Sabah,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capital of British North Borneo, Sandakan is now the world's best-value wildlife port — where a short drive from the pier puts you face-to-face with wild orangutans, the smallest bears on earth, and long-nosed proboscis monkeys deep in the rainforest.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terminal) · 🕒 Typical call: 8–10 hrs · 💵 Malaysian Ringgit (MYR) · 🗣️ English widely spoken · 🦧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Sandakan commercial port / cruise terminal, ~4.5 km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port is in an active industrial zone; take shuttle or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(orangutans, sun bears, proboscis monkeys), WWII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Sepilok Orangutan Rehabilitation Centre 10 AM feeding + Sun Bear Centre next door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RM 20–50 — Taxis are available at the port and offer the most direct route to the city center. Most operate without meters — agree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Sepilok Orangutan Rehabilitation Centre — </w:t>
      </w:r>
      <w:r>
        <w:rPr>
          <w:rFonts w:ascii="Arial" w:hAnsi="Arial" w:cs="Arial"/>
          <w:b w:val="0"/>
          <w:i w:val="0"/>
          <w:sz w:val="20"/>
        </w:rPr>
        <w:t>World-famous sanctuary where orphaned orangutans are re-trained for life in the wild.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Bornean Sun Bear Conservation Centre — </w:t>
      </w:r>
      <w:r>
        <w:rPr>
          <w:rFonts w:ascii="Arial" w:hAnsi="Arial" w:cs="Arial"/>
          <w:b w:val="0"/>
          <w:i w:val="0"/>
          <w:sz w:val="20"/>
        </w:rPr>
        <w:t>Right next door to Sepilok — meet the world's smallest bear species, rescued from the illegal pet trade, on elevated boardwalks…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Discovery Centre (RDC) — </w:t>
      </w:r>
      <w:r>
        <w:rPr>
          <w:rFonts w:ascii="Arial" w:hAnsi="Arial" w:cs="Arial"/>
          <w:b w:val="0"/>
          <w:i w:val="0"/>
          <w:sz w:val="20"/>
        </w:rPr>
        <w:t>A canopy walkway stretches high through the rainforest treetops near Sepilok — a paradise for birdwatchers and anyone wanting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Labuk Bay Proboscis Monkey Sanctuary — </w:t>
      </w:r>
      <w:r>
        <w:rPr>
          <w:rFonts w:ascii="Arial" w:hAnsi="Arial" w:cs="Arial"/>
          <w:b w:val="0"/>
          <w:i w:val="0"/>
          <w:sz w:val="20"/>
        </w:rPr>
        <w:t>A private sanctuary set in mangrove forest where Borneo's iconic long-nosed proboscis monkeys gather at feeding platforms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Sandakan Memorial Park &amp; Agnes Keith House — </w:t>
      </w:r>
      <w:r>
        <w:rPr>
          <w:rFonts w:ascii="Arial" w:hAnsi="Arial" w:cs="Arial"/>
          <w:b w:val="0"/>
          <w:i w:val="0"/>
          <w:sz w:val="20"/>
        </w:rPr>
        <w:t>A sobering and beautifully maintained park on the site of the WWII POW camp where the infamous Sandakan Death Marches originated.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Square to Pu Ji Shi Temple: </w:t>
      </w:r>
      <w:r>
        <w:rPr>
          <w:rFonts w:ascii="Arial" w:hAnsi="Arial" w:cs="Arial"/>
          <w:b w:val="0"/>
          <w:i w:val="0"/>
          <w:sz w:val="20"/>
        </w:rPr>
        <w:t>1.5 km | Easy–Moderate | 30–40 min — From the Sandakan Harbour Square area, walk uphill through the old town to the Pu Ji Shi Buddhist…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Agnes Keith House &amp; English Tea House: </w:t>
      </w:r>
      <w:r>
        <w:rPr>
          <w:rFonts w:ascii="Arial" w:hAnsi="Arial" w:cs="Arial"/>
          <w:b w:val="0"/>
          <w:i w:val="0"/>
          <w:sz w:val="20"/>
        </w:rPr>
        <w:t>Easy | 30 min walk from Agnes Keith House to English Tea House — Visit the beautifully restored colonial wooden house of American author Agnes Keith — one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5:52AM–6:15PM · Jul 6:00AM–6:26PM · Sep 5:58AM–6:07PM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cruiseports.org/sandakan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Sandakan, Sabah,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dak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Sandakan District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Gilwell Scouts Nature Park Sandakan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Mary's Cathedral, Sandakan (1883/1961)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Sandakan Crocodile Farm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Agnes Keith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Sandakan Heritage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Michael's and All Angels Church, Sandakan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Sandakan Waterfront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