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Salvador Island,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island where Christopher Columbus first set foot in the New World in 1492 remains one of the Bahamas' most remote and unspoiled destinations — an Out Island paradise for divers, historians, and anyone craving deserted white-sand beaches.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USD / BSD (1:1) · 🗣️ English · 🤿 World-class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ferry passengers to Government Dock or Riding Rock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land in Cockburn Town — local sites within 5–10 min on foot; outer attractions require transport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Columbus history, off-the-beaten-path Bahamian culture, empty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Columbus Landfall Monument at Long Bay and Dixon Hill Lighthouse — two icons of the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— Unmetered taxis meet passengers at the tender dock near Cockburn Town. Fares must be negotiated before boarding; agree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Columbus Landfall &amp; Long Bay Monument — </w:t>
      </w:r>
      <w:r>
        <w:rPr>
          <w:rFonts w:ascii="Arial" w:hAnsi="Arial" w:cs="Arial"/>
          <w:b w:val="0"/>
          <w:i w:val="0"/>
          <w:sz w:val="20"/>
        </w:rPr>
        <w:t>Stand at the white stone cross erected in 1956 to mark Columbus's first landfall in the Americas on October 12, 1492.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Wall — </w:t>
      </w:r>
      <w:r>
        <w:rPr>
          <w:rFonts w:ascii="Arial" w:hAnsi="Arial" w:cs="Arial"/>
          <w:b w:val="0"/>
          <w:i w:val="0"/>
          <w:sz w:val="20"/>
        </w:rPr>
        <w:t>San Salvador is legendary among divers for its vertical drop-off walls that plunge to over 4,000 feet.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Dixon Hill Lighthouse — </w:t>
      </w:r>
      <w:r>
        <w:rPr>
          <w:rFonts w:ascii="Arial" w:hAnsi="Arial" w:cs="Arial"/>
          <w:b w:val="0"/>
          <w:i w:val="0"/>
          <w:sz w:val="20"/>
        </w:rPr>
        <w:t>One of the last hand-fueled, kerosene-operated lighthouses in the world, built in 1887 by the British Imperial Lighthouse Service.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Watling's Castle Ruins — </w:t>
      </w:r>
      <w:r>
        <w:rPr>
          <w:rFonts w:ascii="Arial" w:hAnsi="Arial" w:cs="Arial"/>
          <w:b w:val="0"/>
          <w:i w:val="0"/>
          <w:sz w:val="20"/>
        </w:rPr>
        <w:t>At the southern tip of the island stand the ruins of a 19th-century Loyalist plantation — main house, slave quarters, kitchen…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Snow Bay &amp; East Beach — </w:t>
      </w:r>
      <w:r>
        <w:rPr>
          <w:rFonts w:ascii="Arial" w:hAnsi="Arial" w:cs="Arial"/>
          <w:b w:val="0"/>
          <w:i w:val="0"/>
          <w:sz w:val="20"/>
        </w:rPr>
        <w:t>Snow Bay on the southeast coast is famous for powder-soft, snow-white sand and shallow crystal-clear water — one of the most…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Cockburn Town Heritage Stroll: </w:t>
      </w:r>
      <w:r>
        <w:rPr>
          <w:rFonts w:ascii="Arial" w:hAnsi="Arial" w:cs="Arial"/>
          <w:b w:val="0"/>
          <w:i w:val="0"/>
          <w:sz w:val="20"/>
        </w:rPr>
        <w:t>~0.5 mi · 20–30 min · Easy · Flat — From the Government Dock, walk the main street past the Commissioner's Office, the historic old…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cruiseports.org/san-salvador-island-bahamas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