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Juan Islands,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mosaic of forested islands adrift in the Salish Sea, the San Juans deliver orca sightings, farm-to-table food, and car-free cycling — all within striking distance of the continent's most dramatic marine scenery.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or Tendered (varies by line) · 🕒 Typical call: 6-9 hrs · 💵 USD · 🗣️ English · 🐋 Orca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or anchor off Friday Harbor, San Juan Island; tenders used by smaller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Dock is right in Friday Harbor village — shops and restaurants within 2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sea kayaking, cycling, local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Lime Kiln Point State Park for shoreside orca spotting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$20–25 — Eco Taxi &amp; Tours (all-electric) and Island Taxi &amp; Tours serve San Juan Island. In-town Friday Harbor trips run $20–25; 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Whale-Watching Cruise — </w:t>
      </w:r>
      <w:r>
        <w:rPr>
          <w:rFonts w:ascii="Arial" w:hAnsi="Arial" w:cs="Arial"/>
          <w:b w:val="0"/>
          <w:i w:val="0"/>
          <w:sz w:val="20"/>
        </w:rPr>
        <w:t>Board a dedicated whale-watch vessel out of Friday Harbor for 3-4 hours in prime orca territory.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Coastline — </w:t>
      </w:r>
      <w:r>
        <w:rPr>
          <w:rFonts w:ascii="Arial" w:hAnsi="Arial" w:cs="Arial"/>
          <w:b w:val="0"/>
          <w:i w:val="0"/>
          <w:sz w:val="20"/>
        </w:rPr>
        <w:t>Paddle rocky coves and kelp forests with a guided kayak tour departing from Friday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Lime Kiln Point State Park &amp; Whale Watch Park — </w:t>
      </w:r>
      <w:r>
        <w:rPr>
          <w:rFonts w:ascii="Arial" w:hAnsi="Arial" w:cs="Arial"/>
          <w:b w:val="0"/>
          <w:i w:val="0"/>
          <w:sz w:val="20"/>
        </w:rPr>
        <w:t>Cycle or cab 10 miles to the west shore of San Juan Island, where Lime Kiln Point State Park is one of the best land-based…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American Camp &amp; English Camp (San Juan Island National Historical Park) — </w:t>
      </w:r>
      <w:r>
        <w:rPr>
          <w:rFonts w:ascii="Arial" w:hAnsi="Arial" w:cs="Arial"/>
          <w:b w:val="0"/>
          <w:i w:val="0"/>
          <w:sz w:val="20"/>
        </w:rPr>
        <w:t>The Pig War of 1859 — a bloodless US-British boundary dispute triggered by a farmer shooting a pig — left two historic military…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Friday Harbor Village &amp; The Whale Museum — </w:t>
      </w:r>
      <w:r>
        <w:rPr>
          <w:rFonts w:ascii="Arial" w:hAnsi="Arial" w:cs="Arial"/>
          <w:b w:val="0"/>
          <w:i w:val="0"/>
          <w:sz w:val="20"/>
        </w:rPr>
        <w:t>The Whale Museum on First Street, opened in 1979, was the first US museum dedicated to a species living in the wild — exhibits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Friday Harbor Waterfront &amp; Village Loop: </w:t>
      </w:r>
      <w:r>
        <w:rPr>
          <w:rFonts w:ascii="Arial" w:hAnsi="Arial" w:cs="Arial"/>
          <w:b w:val="0"/>
          <w:i w:val="0"/>
          <w:sz w:val="20"/>
        </w:rPr>
        <w:t>1.5 miles · Flat · 30-45 min — From the cruise dock on Front Street, head up Spring Street past local shops to The Whale Museum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Westside Road to Lime Kiln Point (cycling): </w:t>
      </w:r>
      <w:r>
        <w:rPr>
          <w:rFonts w:ascii="Arial" w:hAnsi="Arial" w:cs="Arial"/>
          <w:b w:val="0"/>
          <w:i w:val="0"/>
          <w:sz w:val="20"/>
        </w:rPr>
        <w:t>~10 miles one-way · Moderate · 45-60 min by bike — Rent a bike at the dock and follow Roche Harbor Road west, then turn south on West Side Road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5:31AM–8:46PM · Jul 5:26AM–9:08PM · Sep 6:49AM–7:23PM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cruiseports.org/san-juan-islands-wa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Juan Islands,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juan-islands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Shaw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 S. McMillin Memorial Mausoleum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Reuben Tarte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Lime Kiln Point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Juan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Western Prince Whale Watching Adventures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Juan Islands Sculpture Park &amp; Nature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Whale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