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 Juan del Sur, Rivas, Nicaragua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crescent bay framed by jungle hills, a giant Christ statue gazing over the Pacific, and surf beaches just a short ride away — San Juan del Sur delivers an easygoing Nicaragua in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💵 USD &amp; Nicaraguan Córdoba · 🗣️ Spanish · 🏄 Surf &amp; beach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tenders land at the municipal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2-3 min from the tender pier to the main beach and market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relaxation, surfing, hiking to the Cristo statue, zip-lining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Cristo de la Misericordia viewpoint — giant hilltop Christ statue (~110 m above the bay) with panoramic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$2-5 USD — Taxis wait at the tender dock and are readily available throughout town. Always negotiate and agree on a fare before get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Cristo de la Misericordia Hike &amp; Views — </w:t>
      </w:r>
      <w:r>
        <w:rPr>
          <w:rFonts w:ascii="Arial" w:hAnsi="Arial" w:cs="Arial"/>
          <w:b w:val="0"/>
          <w:i w:val="0"/>
          <w:sz w:val="20"/>
        </w:rPr>
        <w:t>Hike or take a short taxi up to the base of the giant Cristo statue on the hilltop overlooking the bay, roughly 110 m above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Surf Lesson at Playa Maderas — </w:t>
      </w:r>
      <w:r>
        <w:rPr>
          <w:rFonts w:ascii="Arial" w:hAnsi="Arial" w:cs="Arial"/>
          <w:b w:val="0"/>
          <w:i w:val="0"/>
          <w:sz w:val="20"/>
        </w:rPr>
        <w:t>Playa Maderas, about 10 km north of town, is one of Nicaragua's top surf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Olive Ridley Turtle Tour (Seasonal) — </w:t>
      </w:r>
      <w:r>
        <w:rPr>
          <w:rFonts w:ascii="Arial" w:hAnsi="Arial" w:cs="Arial"/>
          <w:b w:val="0"/>
          <w:i w:val="0"/>
          <w:sz w:val="20"/>
        </w:rPr>
        <w:t>Between July and January, Olive Ridley sea turtles nest on nearby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Zip-Line Canopy Tour — </w:t>
      </w:r>
      <w:r>
        <w:rPr>
          <w:rFonts w:ascii="Arial" w:hAnsi="Arial" w:cs="Arial"/>
          <w:b w:val="0"/>
          <w:i w:val="0"/>
          <w:sz w:val="20"/>
        </w:rPr>
        <w:t>Several operators run zip-line tours through the jungle hills surrounding the bay, with platforms offering aerial views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at Playa Hermosa — </w:t>
      </w:r>
      <w:r>
        <w:rPr>
          <w:rFonts w:ascii="Arial" w:hAnsi="Arial" w:cs="Arial"/>
          <w:b w:val="0"/>
          <w:i w:val="0"/>
          <w:sz w:val="20"/>
        </w:rPr>
        <w:t>Playa Hermosa, a few kilometres south, is a quieter alternative to the town beach — good swimming and far fewer vendors.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 Promenade &amp; Town Wander: </w:t>
      </w:r>
      <w:r>
        <w:rPr>
          <w:rFonts w:ascii="Arial" w:hAnsi="Arial" w:cs="Arial"/>
          <w:b w:val="0"/>
          <w:i w:val="0"/>
          <w:sz w:val="20"/>
        </w:rPr>
        <w:t>1.5 km · 30 min · Easy · Flat — Walk south from the tender pier along the beach road, past restaurants and souvenir stalls,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Cristo de la Misericordia Hilltop: </w:t>
      </w:r>
      <w:r>
        <w:rPr>
          <w:rFonts w:ascii="Arial" w:hAnsi="Arial" w:cs="Arial"/>
          <w:b w:val="0"/>
          <w:i w:val="0"/>
          <w:sz w:val="20"/>
        </w:rPr>
        <w:t>2 km round-trip · 45-60 min · Moderate · Steep — From the south end of town, follow the signed path uphill to the base of the giant Cristo statue.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5:20AM–5:59PM · Jul 5:28AM–6:10PM · Sep 5:33AM–5:43PM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cruiseports.org/san-juan-del-sur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 Juan del Sur, Rivas, Nicaragua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-juan-del-su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Capitán Alfred Panga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Bahía Portal del Mar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Cristo de La Misericordia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Finca Las Nubes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