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José del Cabo, Baja California Sur,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Skip the party strip — San José del Cabo is Baja's artsy, unhurried alter ego, with a 1730 mission church, open-air galleries, a wildlife estuary, and some of Mexico's best farm-to-table kitchens.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via Cabo San Lucas marina · 🕒 Typical call: 8-10 hrs · 💵 USD widely accepted / MXN preferred · 🗣️ Spanish (English widely spoken in tourist zones) · 🚕 20-mile taxi/bus ride to town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tender into Cabo San Lucas marina; San José del Cabo is ~20 miles NE by taxi or 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ship — taxi $40-60 USD or public bus ~$3 to Plaza Mijares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galleries, colonial architecture, estuary birdwatching, farm-to-table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Thursday Art Walk (Nov–Jun), Estero San José, Plaza Mijares &amp; Mission church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$10–$20 USD — Official taxis wait outside Puerto Los Cabos pier. No meters — always agree on the fare before getting in. Cash (USD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José del Cabo Historic Art District — </w:t>
      </w:r>
      <w:r>
        <w:rPr>
          <w:rFonts w:ascii="Arial" w:hAnsi="Arial" w:cs="Arial"/>
          <w:b w:val="0"/>
          <w:i w:val="0"/>
          <w:sz w:val="20"/>
        </w:rPr>
        <w:t>Stroll cobblestone Calle Álvaro Obregón and the streets around Plaza Mijares, lined with high-end galleries showing Mexican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Estero San José Estuary Walk — </w:t>
      </w:r>
      <w:r>
        <w:rPr>
          <w:rFonts w:ascii="Arial" w:hAnsi="Arial" w:cs="Arial"/>
          <w:b w:val="0"/>
          <w:i w:val="0"/>
          <w:sz w:val="20"/>
        </w:rPr>
        <w:t>A protected freshwater lagoon where the river meets the sea, just east of the hotel zone.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Farm-to-Table Lunch at Flora Farms or Acre — </w:t>
      </w:r>
      <w:r>
        <w:rPr>
          <w:rFonts w:ascii="Arial" w:hAnsi="Arial" w:cs="Arial"/>
          <w:b w:val="0"/>
          <w:i w:val="0"/>
          <w:sz w:val="20"/>
        </w:rPr>
        <w:t>San José del Cabo anchors one of Mexico's best farm-to-table scenes.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Mission San José del Cabo &amp; Plaza Mijares — </w:t>
      </w:r>
      <w:r>
        <w:rPr>
          <w:rFonts w:ascii="Arial" w:hAnsi="Arial" w:cs="Arial"/>
          <w:b w:val="0"/>
          <w:i w:val="0"/>
          <w:sz w:val="20"/>
        </w:rPr>
        <w:t>Founded in 1730, this Spanish colonial mission faces the main plaza.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&amp; Desert Off-Road Tour — </w:t>
      </w:r>
      <w:r>
        <w:rPr>
          <w:rFonts w:ascii="Arial" w:hAnsi="Arial" w:cs="Arial"/>
          <w:b w:val="0"/>
          <w:i w:val="0"/>
          <w:sz w:val="20"/>
        </w:rPr>
        <w:t>Ride ATVs or UTVs through Baja's desert into arroyos and onto beach stretches.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Mijares &amp; Gallery District Loop: </w:t>
      </w:r>
      <w:r>
        <w:rPr>
          <w:rFonts w:ascii="Arial" w:hAnsi="Arial" w:cs="Arial"/>
          <w:b w:val="0"/>
          <w:i w:val="0"/>
          <w:sz w:val="20"/>
        </w:rPr>
        <w:t>1.2 km · 30-40 min · Easy cobblestones — Start at Plaza Mijares, visit the Mission church, then head east on Calle Álvaro Obregón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Estero San José Boardwalk: </w:t>
      </w:r>
      <w:r>
        <w:rPr>
          <w:rFonts w:ascii="Arial" w:hAnsi="Arial" w:cs="Arial"/>
          <w:b w:val="0"/>
          <w:i w:val="0"/>
          <w:sz w:val="20"/>
        </w:rPr>
        <w:t>1.5 km · 40 min · Flat boardwalk — From the east end of the hotel zone, follow the estuary boardwalk along the lagoon edge.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5:37AM–6:52PM · Jul 5:42AM–7:06PM · Sep 6:05AM–6:21PM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cruiseports.org/san-jose-del-cabo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José del Cabo, Baja California Sur,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jose-del-cab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District, San Jose de Cabo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Cabo Real Golf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Costa Azul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Estero San José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Dorado Golf &amp; Beach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Misión San José del Cabo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