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Andrés Island, Caribbean, Colombia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tear-shaped Caribbean gem off Colombia's coast, San Andrés dazzles with its famous Sea of Seven Colors — turquoise shallows shifting through seven distinct hues over living coral reefs. Duty-free El Centro, golf-cart circuits, and lazy snorkel stops complete an effortlessly fun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Colombian Peso (USD accepted) · 🗣️ Spanish &amp; San Andrés Creole (English widely spoken) · 🛍️ Duty-free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run to The Cove Embarcadero (new pier, 2023)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El Centro: </w:t>
      </w:r>
      <w:r>
        <w:rPr>
          <w:rFonts w:ascii="Arial" w:hAnsi="Arial" w:cs="Arial"/>
          <w:b w:val="0"/>
          <w:i w:val="0"/>
          <w:sz w:val="20"/>
        </w:rPr>
        <w:t>~15 km / 30-45 min by taxi or golf cart from The Cove Embarcadero (opposite end of island)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natural pools, duty-free shopping,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Johnny Cay islet, Acuario sandbar, West View natural swimming hole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COP 15,000–20,000 (~$4–5 USD) — Taxis are widely available near the tender pier. Fares are not metered — always negotiate the price before getting 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Johnny Cay &amp; Acuario Snorkel Combo — </w:t>
      </w:r>
      <w:r>
        <w:rPr>
          <w:rFonts w:ascii="Arial" w:hAnsi="Arial" w:cs="Arial"/>
          <w:b w:val="0"/>
          <w:i w:val="0"/>
          <w:sz w:val="20"/>
        </w:rPr>
        <w:t>Boat out to Johnny Cay — a palm-fringed coral islet with white sand and iguanas — then drift over the Acuario sandbar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Loop — </w:t>
      </w:r>
      <w:r>
        <w:rPr>
          <w:rFonts w:ascii="Arial" w:hAnsi="Arial" w:cs="Arial"/>
          <w:b w:val="0"/>
          <w:i w:val="0"/>
          <w:sz w:val="20"/>
        </w:rPr>
        <w:t>Rent a 2- or 4-seater golf cart and drive the full perimeter road in 45-60 minutes, stopping at El Hoyo Soplador blowhole,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View Natural Swimming Holes — </w:t>
      </w:r>
      <w:r>
        <w:rPr>
          <w:rFonts w:ascii="Arial" w:hAnsi="Arial" w:cs="Arial"/>
          <w:b w:val="0"/>
          <w:i w:val="0"/>
          <w:sz w:val="20"/>
        </w:rPr>
        <w:t>Rocky-coast eco-park on the island's west side featuring massive natural swimming pools carved into coral rock, an underwater…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Morgan's Cave &amp; Pirate Museum — </w:t>
      </w:r>
      <w:r>
        <w:rPr>
          <w:rFonts w:ascii="Arial" w:hAnsi="Arial" w:cs="Arial"/>
          <w:b w:val="0"/>
          <w:i w:val="0"/>
          <w:sz w:val="20"/>
        </w:rPr>
        <w:t>Explore the cave where pirate Henry Morgan allegedly stashed treasure, paired with a small museum covering pirate history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Rondon &amp; Coco Loco Food Tour — </w:t>
      </w:r>
      <w:r>
        <w:rPr>
          <w:rFonts w:ascii="Arial" w:hAnsi="Arial" w:cs="Arial"/>
          <w:b w:val="0"/>
          <w:i w:val="0"/>
          <w:sz w:val="20"/>
        </w:rPr>
        <w:t>Taste Raizal cuisine — the traditional rondon stew (fish, conch, coconut milk, yam, and dumplings), crab patties, coconut rice…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Centro &amp; Spratt Bight Boardwalk: </w:t>
      </w:r>
      <w:r>
        <w:rPr>
          <w:rFonts w:ascii="Arial" w:hAnsi="Arial" w:cs="Arial"/>
          <w:b w:val="0"/>
          <w:i w:val="0"/>
          <w:sz w:val="20"/>
        </w:rPr>
        <w:t>1.4 km · 20 min · Easy · Flat paved promenade — After taxiing into town from the pier, stroll the duty-free streets of El Centro, then walk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Cocoplum Bay to Rocky Cay Wade: </w:t>
      </w:r>
      <w:r>
        <w:rPr>
          <w:rFonts w:ascii="Arial" w:hAnsi="Arial" w:cs="Arial"/>
          <w:b w:val="0"/>
          <w:i w:val="0"/>
          <w:sz w:val="20"/>
        </w:rPr>
        <w:t>Short drive then 200 m wade · 1.5 hrs · Easy · Sandy bottom — Take a taxi or golf cart to Cocoplum Bay on the east coast, then wade chest-deep across the channel…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6:02AM–6:44PM · Jul 6:09AM–6:56PM · Sep 6:16AM–6:27PM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cruiseports.org/san-andres-island-colombia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Andrés Island, Caribbean, Colombia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andres-island-colomb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Muelle Portofino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Jardín Botánico de San Andrés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Sarie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Andres Divers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Morgan's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Simon Bolivar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Hoyo Soplador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Plazoleta Coral Palace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