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Salvador da Bahia, Brazil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Brazil's soulful first capital — a kaleidoscope of pastel colonial mansions, baroque gold churches, capoeira, and Afro-Brazilian rhythm, all stacked above a glittering bay.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(central port) · 🕒 Typical call: 8–10 hrs · 💵 Brazilian Real (BRL) · 🗣️ Portuguese · limited English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Porto de Salvador (central)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 Pelourinho: </w:t>
      </w:r>
      <w:r>
        <w:rPr>
          <w:rFonts w:ascii="Arial" w:hAnsi="Arial" w:cs="Arial"/>
          <w:b w:val="0"/>
          <w:i w:val="0"/>
          <w:sz w:val="20"/>
        </w:rPr>
        <w:t>Elevador Lacerda / walk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· Culture · Food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Pelourinho old town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R$15–R$20 to Pelourinho — Official metered taxis (white with red/blue stripe) queue outside the terminal. The historic center is under 1 km away —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99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Salvador Bus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Pelourinho Walking Tour — </w:t>
      </w:r>
      <w:r>
        <w:rPr>
          <w:rFonts w:ascii="Arial" w:hAnsi="Arial" w:cs="Arial"/>
          <w:b w:val="0"/>
          <w:i w:val="0"/>
          <w:sz w:val="20"/>
        </w:rPr>
        <w:t>The UNESCO-listed colonial heart — pastel mansions, the gilded São Francisco church (one of Brazil's most opulent), Largo do…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Bonfim Church &amp; Ribbons — </w:t>
      </w:r>
      <w:r>
        <w:rPr>
          <w:rFonts w:ascii="Arial" w:hAnsi="Arial" w:cs="Arial"/>
          <w:b w:val="0"/>
          <w:i w:val="0"/>
          <w:sz w:val="20"/>
        </w:rPr>
        <w:t>The Igreja do Bonfim, Bahia's most beloved church, famous for its colorful wish-ribbons (fitas) and a fusion of Catholic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Farol da Barra &amp; Beaches — </w:t>
      </w:r>
      <w:r>
        <w:rPr>
          <w:rFonts w:ascii="Arial" w:hAnsi="Arial" w:cs="Arial"/>
          <w:b w:val="0"/>
          <w:i w:val="0"/>
          <w:sz w:val="20"/>
        </w:rPr>
        <w:t>The lighthouse at Barra guarding the bay mouth, with a nautical museum and the city's most popular urban beaches for a swim and 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Acarajé &amp; Bahian Food Tasting — </w:t>
      </w:r>
      <w:r>
        <w:rPr>
          <w:rFonts w:ascii="Arial" w:hAnsi="Arial" w:cs="Arial"/>
          <w:b w:val="0"/>
          <w:i w:val="0"/>
          <w:sz w:val="20"/>
        </w:rPr>
        <w:t>Sample acarajé — the black-eyed-pea fritters fried in dendê palm oil by white-clad baianas — plus moqueca stew and other…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Pelourinho old town: </w:t>
      </w:r>
      <w:r>
        <w:rPr>
          <w:rFonts w:ascii="Arial" w:hAnsi="Arial" w:cs="Arial"/>
          <w:b w:val="0"/>
          <w:i w:val="0"/>
          <w:sz w:val="20"/>
        </w:rPr>
        <w:t>~2 km · 1.5 hrs · easy (hilly) — From Praça da Sé through the Terreiro de Jesus and down the postcard slope of Largo do Pelourinho…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Mercado Modelo &amp; Lower City: </w:t>
      </w:r>
      <w:r>
        <w:rPr>
          <w:rFonts w:ascii="Arial" w:hAnsi="Arial" w:cs="Arial"/>
          <w:b w:val="0"/>
          <w:i w:val="0"/>
          <w:sz w:val="20"/>
        </w:rPr>
        <w:t>~1 km · 1 hr · easy — The handicraft market in the old customs house by the port — Bahian crafts, music, and capoeira — 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Farol da Barra waterfront: </w:t>
      </w:r>
      <w:r>
        <w:rPr>
          <w:rFonts w:ascii="Arial" w:hAnsi="Arial" w:cs="Arial"/>
          <w:b w:val="0"/>
          <w:i w:val="0"/>
          <w:sz w:val="20"/>
        </w:rPr>
        <w:t>~2 km · 1 hr · easy — The promenade around the Barra lighthouse where the bay meets the Atlantic — sunsets, sea breeze…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5:45AM–5:15PM · Jul 5:57AM–5:22PM · Sep 5:28AM–5:29PM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cruiseports.org/salvador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Salvador da Bahia, Brazil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alvador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Elevador Lacerda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Cathedral of Salvador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Prefeitura Bairro Centro/Brotas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São Marcelo Fort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Space Xisto Bahia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 da Gastronomia Baiana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Basílica do Senhor do Bonfim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MuNEAN- National Museum of Nursing Anna Nery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