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Saldanha Harbour, Western Cape, South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Africa's largest deep-water harbour hides a wild coast of turquoise lagoons, million-year-old fossils, and oysters plucked straight from the bay. Don't judge it by the iron-ore jetty — the beauty is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(multi-purpose quay) · 🕒 Typical call: 7-9 hrs · 💵 South African Rand (ZAR) · 🗣️ Afrikaans &amp; English · 🌊 West Coast, 110 km north of Cape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the General Cargo Quay; free shuttle to port gate (5-10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km from port gate to town waterfront — but transport is essential for most sights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Shellfish lovers, birdwatchers, wildflower season (Aug–Sep), West Coast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West Coast National Park, West Coast Fossil Park, oysters at the Slipway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ZAR 40–60 (~$2–3 USD) — The port is about 2.5 km from Saldanha town center. Local taxis are the most common option; agree on a fare before you 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Coast National Park — </w:t>
      </w:r>
      <w:r>
        <w:rPr>
          <w:rFonts w:ascii="Arial" w:hAnsi="Arial" w:cs="Arial"/>
          <w:b w:val="0"/>
          <w:i w:val="0"/>
          <w:sz w:val="20"/>
        </w:rPr>
        <w:t>Just 15 minutes from the port, this park wraps around the brilliant turquoise Langebaan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Coast Fossil Park — </w:t>
      </w:r>
      <w:r>
        <w:rPr>
          <w:rFonts w:ascii="Arial" w:hAnsi="Arial" w:cs="Arial"/>
          <w:b w:val="0"/>
          <w:i w:val="0"/>
          <w:sz w:val="20"/>
        </w:rPr>
        <w:t>One of Africa's most important palaeontological sites, 25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Paternoster Fishing Village — </w:t>
      </w:r>
      <w:r>
        <w:rPr>
          <w:rFonts w:ascii="Arial" w:hAnsi="Arial" w:cs="Arial"/>
          <w:b w:val="0"/>
          <w:i w:val="0"/>
          <w:sz w:val="20"/>
        </w:rPr>
        <w:t>30 minutes north, this whitewashed village is one of the oldest on the West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Oyster &amp; Mussel Tasting in the Bay — </w:t>
      </w:r>
      <w:r>
        <w:rPr>
          <w:rFonts w:ascii="Arial" w:hAnsi="Arial" w:cs="Arial"/>
          <w:b w:val="0"/>
          <w:i w:val="0"/>
          <w:sz w:val="20"/>
        </w:rPr>
        <w:t>Saldanha Bay is the shellfish capital of South Africa — the cold Benguela Current produces exceptionally sweet oysters and mussels.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Langebaan Lagoon &amp; Beach — </w:t>
      </w:r>
      <w:r>
        <w:rPr>
          <w:rFonts w:ascii="Arial" w:hAnsi="Arial" w:cs="Arial"/>
          <w:b w:val="0"/>
          <w:i w:val="0"/>
          <w:sz w:val="20"/>
        </w:rPr>
        <w:t>A 20-minute drive across the bay brings you to Langebaan's famous turquoise lagoon — calm, warm-ish water popular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Waterfront &amp; Hoedjieskop: </w:t>
      </w:r>
      <w:r>
        <w:rPr>
          <w:rFonts w:ascii="Arial" w:hAnsi="Arial" w:cs="Arial"/>
          <w:b w:val="0"/>
          <w:i w:val="0"/>
          <w:sz w:val="20"/>
        </w:rPr>
        <w:t>1.5 km · 30-45 min · Easy — Walk from the port gate along the waterfront to the Slipway restaurant, then climb Hoedjieskop 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Tabakbaai Beach Stroll: </w:t>
      </w:r>
      <w:r>
        <w:rPr>
          <w:rFonts w:ascii="Arial" w:hAnsi="Arial" w:cs="Arial"/>
          <w:b w:val="0"/>
          <w:i w:val="0"/>
          <w:sz w:val="20"/>
        </w:rPr>
        <w:t>1 km · 20 min · Easy — From the town centre, a short walk brings you to Tabakbaai Beach — a local favourite for picnics…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7:32AM–5:56PM · Jul 7:49AM–5:59PM · Sep 6:47AM–6:39PM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cruiseports.org/saldanha-harbour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Saldanha Harbour, Western Cape, South Africa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danha-harbo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Mykonos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Pixie and Fairy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Sunnypark Fun Park Langebaan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Langebaan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