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Sakaiminato, Tottori / Matsue, Shimane,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Birthplace of yokai manga and gateway to Japan's only original 'Black Castle', Sakaiminato pairs quirky street art with genuine samurai history — all within easy reach of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6-8 hrs · 💴 Currency: Japanese Yen (JPY) · 🗣️ Language: Japanese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Showa Kita Berth (smaller ships, walkable) or Takenouchi Minami Berth (large ships, free shuttle)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10-20 min from Showa Berth; shuttle from Takenouchi to Sakaiminato Station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Manga fans, history lovers, Japanese garden seekers, seafood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Mizuki Shigeru Road and Matsue Castle moat boat ride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¥1,000–¥2,500 (~$6–15 USD) — Taxis from Showa Wharf (smaller ships) to the city center cost around ¥1,000–¥1,300. From Takenouchi Wharf (larger ships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Mizuki Shigeru Road — </w:t>
      </w:r>
      <w:r>
        <w:rPr>
          <w:rFonts w:ascii="Arial" w:hAnsi="Arial" w:cs="Arial"/>
          <w:b w:val="0"/>
          <w:i w:val="0"/>
          <w:sz w:val="20"/>
        </w:rPr>
        <w:t>An 800-meter pedestrian street lined with 177 bronze yokai statues, themed eyeball streetlights, and monster-themed shops —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Matsue Castle &amp; Moat Boat — </w:t>
      </w:r>
      <w:r>
        <w:rPr>
          <w:rFonts w:ascii="Arial" w:hAnsi="Arial" w:cs="Arial"/>
          <w:b w:val="0"/>
          <w:i w:val="0"/>
          <w:sz w:val="20"/>
        </w:rPr>
        <w:t>One of only 12 surviving original medieval castles in Japan, nicknamed the 'Black Castle' for its dark timber exterior.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Adachi Museum of Art &amp; Gardens — </w:t>
      </w:r>
      <w:r>
        <w:rPr>
          <w:rFonts w:ascii="Arial" w:hAnsi="Arial" w:cs="Arial"/>
          <w:b w:val="0"/>
          <w:i w:val="0"/>
          <w:sz w:val="20"/>
        </w:rPr>
        <w:t>Consistently ranked the #1 Japanese garden for 20+ consecutive years.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Izumo Taisha Grand Shrine — </w:t>
      </w:r>
      <w:r>
        <w:rPr>
          <w:rFonts w:ascii="Arial" w:hAnsi="Arial" w:cs="Arial"/>
          <w:b w:val="0"/>
          <w:i w:val="0"/>
          <w:sz w:val="20"/>
        </w:rPr>
        <w:t>One of Japan's oldest and most sacred Shinto shrines, dedicated to the god of marriage.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Sakaiminato Fish Market — </w:t>
      </w:r>
      <w:r>
        <w:rPr>
          <w:rFonts w:ascii="Arial" w:hAnsi="Arial" w:cs="Arial"/>
          <w:b w:val="0"/>
          <w:i w:val="0"/>
          <w:sz w:val="20"/>
        </w:rPr>
        <w:t>Sakaiminato is Japan's top port for red snow crab (matsuba gani).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Mizuki Shigeru Road Walk: </w:t>
      </w:r>
      <w:r>
        <w:rPr>
          <w:rFonts w:ascii="Arial" w:hAnsi="Arial" w:cs="Arial"/>
          <w:b w:val="0"/>
          <w:i w:val="0"/>
          <w:sz w:val="20"/>
        </w:rPr>
        <w:t>1.5 km · 20 min walk · Flat — Walk from the pier (or shuttle to Sakaiminato Station) and stroll the full 800 m of Mizuki Shigeru…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Matsue Castle Quarter: </w:t>
      </w:r>
      <w:r>
        <w:rPr>
          <w:rFonts w:ascii="Arial" w:hAnsi="Arial" w:cs="Arial"/>
          <w:b w:val="0"/>
          <w:i w:val="0"/>
          <w:sz w:val="20"/>
        </w:rPr>
        <w:t>~1 km loop · 45 min walk · Flat — From Matsue Station, walk up to Matsue Castle, circle the moat, peek into the Lafcadio Hearn…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5:02AM–7:04PM · Jul 5:03AM–7:22PM · Sep 5:49AM–6:14PM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cruiseports.org/sakaiminato-matsue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Sakaiminato, Tottori / Matsue, Shimane,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kaiminato-matsu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Mizuki Shigeru Road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Shofukuji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Yumeminato Tower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Miho Shrine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Mizuki Shigeru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Ryukeido Lava Tunnel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Sakai Daiba Park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