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Saipan, Northern Mariana Islands,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U.S. Pacific outpost where WWII battlefields meet turquoise lagoons — Saipan rewards curious cruisers with honest history, excellent snorkeling, and a warm island pace few ports can match.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US Dollar · 🗣️ English &amp; Chamorro · 🏖️ Beach &amp; history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Tanapag Harbor; boats ferry passengers to Garapan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Tender landing is near Garapan; most attractions require a taxi or rental car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snorkeling Managaha Island, Pacific island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Managaha Island day trip and American Memorial Park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$15–$35 — Taxis are the primary way to get around Saipan. Fares are often negotiated rather than metered — expect $15–$35 to Garap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Managaha Island Day Trip — </w:t>
      </w:r>
      <w:r>
        <w:rPr>
          <w:rFonts w:ascii="Arial" w:hAnsi="Arial" w:cs="Arial"/>
          <w:b w:val="0"/>
          <w:i w:val="0"/>
          <w:sz w:val="20"/>
        </w:rPr>
        <w:t>A short speedboat ride from Garapan drops you on a tiny coral islet with blindingly white sand and some of the clearest…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Northern Saipan Tour — </w:t>
      </w:r>
      <w:r>
        <w:rPr>
          <w:rFonts w:ascii="Arial" w:hAnsi="Arial" w:cs="Arial"/>
          <w:b w:val="0"/>
          <w:i w:val="0"/>
          <w:sz w:val="20"/>
        </w:rPr>
        <w:t>Visit Banzai Cliff and Suicide Cliff — tragic Pacific War memorials on the island's dramatic north coast — then explore the Last…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American Memorial Park &amp; Museum — </w:t>
      </w:r>
      <w:r>
        <w:rPr>
          <w:rFonts w:ascii="Arial" w:hAnsi="Arial" w:cs="Arial"/>
          <w:b w:val="0"/>
          <w:i w:val="0"/>
          <w:sz w:val="20"/>
        </w:rPr>
        <w:t>The National Park Service museum in central Garapan tells the full story of the 1944 Battle of Saipan with excellent exhibits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Grotto Snorkel &amp; Dive — </w:t>
      </w:r>
      <w:r>
        <w:rPr>
          <w:rFonts w:ascii="Arial" w:hAnsi="Arial" w:cs="Arial"/>
          <w:b w:val="0"/>
          <w:i w:val="0"/>
          <w:sz w:val="20"/>
        </w:rPr>
        <w:t>A collapsed limestone cave on the northeast coast filled with vivid blue ocean water — world-renowned for scuba diving.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Micro Beach &amp; Garapan Stroll — </w:t>
      </w:r>
      <w:r>
        <w:rPr>
          <w:rFonts w:ascii="Arial" w:hAnsi="Arial" w:cs="Arial"/>
          <w:b w:val="0"/>
          <w:i w:val="0"/>
          <w:sz w:val="20"/>
        </w:rPr>
        <w:t>The calm, shallow lagoon beach adjacent to the Hyatt Regency in Garapan is ideal for swimming and lounging with views of Managaha…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Garapan Waterfront Walk: </w:t>
      </w:r>
      <w:r>
        <w:rPr>
          <w:rFonts w:ascii="Arial" w:hAnsi="Arial" w:cs="Arial"/>
          <w:b w:val="0"/>
          <w:i w:val="0"/>
          <w:sz w:val="20"/>
        </w:rPr>
        <w:t>1.5 km · 20–30 min · flat — From the Smiling Cove tender landing, walk south along Beach Road past the DFS Galleria duty-free…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5:48AM–6:38PM · Jul 5:54AM–6:51PM · Sep 6:05AM–6:18PM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cruiseports.org/saipan-island-marianas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Saipan, Northern Mariana Islands,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pan-island-marian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Suicide Cliff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Imperial Pacific Resort Hotel · Saipan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Santa Lourdes Shrine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Abandoned Pacific Barrier Radar III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Mount Carmel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Japanese Jail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NMI Museum of History and Culture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Concrete Jesus at Mt. Tapochao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