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Saint-Denis, Réunion,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France's volcanic island in the Indian Ocean — an active lava-spewing caldera, three UNESCO-listed cirques carved into jungle mountains, and a Creole capital that smells of vanilla and rhum agricole.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(Le Port / Port Réunion) · 🕒 Typical call: 8–10 hrs · 💶 Euro (EUR) · 🗣️ French / Réunionnais Creole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Le Port (Port Réunion), NW coast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Saint-Denis: </w:t>
      </w:r>
      <w:r>
        <w:rPr>
          <w:rFonts w:ascii="Arial" w:hAnsi="Arial" w:cs="Arial"/>
          <w:b w:val="0"/>
          <w:i w:val="0"/>
          <w:sz w:val="20"/>
        </w:rPr>
        <w:t>~20 min by taxi/shuttle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· Cirques · Creole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Piton de la Fournaise (active volcano)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~€45 one-way — Taxis are available at Pointe des Galets cruise terminal for the ~24 km ride to Saint-Denis city center. Confirm fare be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Piton de la Fournaise — Active Volcano — </w:t>
      </w:r>
      <w:r>
        <w:rPr>
          <w:rFonts w:ascii="Arial" w:hAnsi="Arial" w:cs="Arial"/>
          <w:b w:val="0"/>
          <w:i w:val="0"/>
          <w:sz w:val="20"/>
        </w:rPr>
        <w:t>One of the world's most active volcanoes, with hikes across hardened lava fields to the crater rim.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Cirque de Cilaos — </w:t>
      </w:r>
      <w:r>
        <w:rPr>
          <w:rFonts w:ascii="Arial" w:hAnsi="Arial" w:cs="Arial"/>
          <w:b w:val="0"/>
          <w:i w:val="0"/>
          <w:sz w:val="20"/>
        </w:rPr>
        <w:t>The most accessible of Réunion's three UNESCO calderas — a mountain bowl of soaring peaks, terraced fields, lentils, and thermal…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Cirque de Salazie &amp; Hell-Bourg — </w:t>
      </w:r>
      <w:r>
        <w:rPr>
          <w:rFonts w:ascii="Arial" w:hAnsi="Arial" w:cs="Arial"/>
          <w:b w:val="0"/>
          <w:i w:val="0"/>
          <w:sz w:val="20"/>
        </w:rPr>
        <w:t>The lushest cirque, dripping with waterfalls including the spectacular Cascade du Voile de la Mariée.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Saint-Denis: Rue de Paris &amp; Le Barachois — </w:t>
      </w:r>
      <w:r>
        <w:rPr>
          <w:rFonts w:ascii="Arial" w:hAnsi="Arial" w:cs="Arial"/>
          <w:b w:val="0"/>
          <w:i w:val="0"/>
          <w:sz w:val="20"/>
        </w:rPr>
        <w:t>Réunion's capital has elegant Creole colonial architecture along the Rue de Paris, the seafront promenade of Le Barachois,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Saint-Paul Market &amp; Rum Distillery — </w:t>
      </w:r>
      <w:r>
        <w:rPr>
          <w:rFonts w:ascii="Arial" w:hAnsi="Arial" w:cs="Arial"/>
          <w:b w:val="0"/>
          <w:i w:val="0"/>
          <w:sz w:val="20"/>
        </w:rPr>
        <w:t>The open-air Saturday market in Saint-Paul (south of Le Port) is one of the best in the Indian Ocean — spices, vanilla, Creole…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Saint-Denis Creole Quarter &amp; Seafront: </w:t>
      </w:r>
      <w:r>
        <w:rPr>
          <w:rFonts w:ascii="Arial" w:hAnsi="Arial" w:cs="Arial"/>
          <w:b w:val="0"/>
          <w:i w:val="0"/>
          <w:sz w:val="20"/>
        </w:rPr>
        <w:t>~3 km · 1.5–2 hrs · easy — Walk the elegant Rue de Paris lined with colonial Creole mansions, through the Jardin de l'État…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Saint-Paul Seafront: </w:t>
      </w:r>
      <w:r>
        <w:rPr>
          <w:rFonts w:ascii="Arial" w:hAnsi="Arial" w:cs="Arial"/>
          <w:b w:val="0"/>
          <w:i w:val="0"/>
          <w:sz w:val="20"/>
        </w:rPr>
        <w:t>~1.5 km · 45 min · easy (best on Saturday for the market) — The seafront promenade in Saint-Paul is just a few minutes south of Le Port — a pleasant stroll…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6:40AM–5:47PM · Jul 6:55AM–5:53PM · Sep 6:14AM–6:12PM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cruiseports.org/saint-denis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Saint-Denis, Réunion,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den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Morange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Happy Valley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 Noir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vanilla plantation, Domaine du Grand Hazier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Muséum d'Histoire naturelle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Léon-Dierx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Saint Denis Reunion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