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Sable Island, Nova Scotia,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sliver of sand 300 km from Halifax, Sable Island is one of the world's most restricted and otherworldly destinations — wild horses roam freely, grey seals haul out by the thousands, and every visit requires Parks Canada coordination.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/ Zodiac (no pier) · 🕒 Typical call: 6-8 hrs · 💵 Canadian Dollar (CAD) · 🗣️ English · 🐴 Expedition only — small ships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or small boat landing — no pier or dock; weather-dependent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 town; exploration on foot along open beach and dunes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lovers, photographers, bucket-list expeditions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Wild horses on the beach and grey seal colonies at the haul-outs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Wild Horse Encounters — </w:t>
      </w:r>
      <w:r>
        <w:rPr>
          <w:rFonts w:ascii="Arial" w:hAnsi="Arial" w:cs="Arial"/>
          <w:b w:val="0"/>
          <w:i w:val="0"/>
          <w:sz w:val="20"/>
        </w:rPr>
        <w:t>Roughly 500 feral horses descended from 18th-century livestock roam freely across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Grey Seal Colony — </w:t>
      </w:r>
      <w:r>
        <w:rPr>
          <w:rFonts w:ascii="Arial" w:hAnsi="Arial" w:cs="Arial"/>
          <w:b w:val="0"/>
          <w:i w:val="0"/>
          <w:sz w:val="20"/>
        </w:rPr>
        <w:t>One of the world's largest grey seal breeding colonies calls Sable Island home — over 100,000 animals.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Shipwreck Dunes &amp; Beach Walk — </w:t>
      </w:r>
      <w:r>
        <w:rPr>
          <w:rFonts w:ascii="Arial" w:hAnsi="Arial" w:cs="Arial"/>
          <w:b w:val="0"/>
          <w:i w:val="0"/>
          <w:sz w:val="20"/>
        </w:rPr>
        <w:t>The 'Graveyard of the Atlantic' — over 350 documented shipwrecks around Sable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Birdwatching — </w:t>
      </w:r>
      <w:r>
        <w:rPr>
          <w:rFonts w:ascii="Arial" w:hAnsi="Arial" w:cs="Arial"/>
          <w:b w:val="0"/>
          <w:i w:val="0"/>
          <w:sz w:val="20"/>
        </w:rPr>
        <w:t>Sable Island is a key stopover for migratory birds.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South Beach &amp; Seal Haul-out: </w:t>
      </w:r>
      <w:r>
        <w:rPr>
          <w:rFonts w:ascii="Arial" w:hAnsi="Arial" w:cs="Arial"/>
          <w:b w:val="0"/>
          <w:i w:val="0"/>
          <w:sz w:val="20"/>
        </w:rPr>
        <w:t>2-4 km | Easy | 1-2 hrs — From the Zodiac landing point, walk east along the wide south beach to reach the main grey seal…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Parks Canada Station Loop: </w:t>
      </w:r>
      <w:r>
        <w:rPr>
          <w:rFonts w:ascii="Arial" w:hAnsi="Arial" w:cs="Arial"/>
          <w:b w:val="0"/>
          <w:i w:val="0"/>
          <w:sz w:val="20"/>
        </w:rPr>
        <w:t>1-2 km | Easy | 45 min — A short walk to the Parks Canada weather and research station — the only permanent human presence…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5:33AM–8:18PM · Jul 5:31AM–8:39PM · Sep 6:39AM–7:09PM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cruiseports.org/sable-island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