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Runavík, Eysturoy, Faroe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Stretched along the shore of Skálafjørður — the longest fjord in the Faroe Islands — Runavík is the islands' most welcoming cruise port: ships dock pier-side and passengers walk straight into a living Faroese town with zero tourist-trap energy.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(King's Harbour) · 🕒 Typical call: 6-8 hrs · 💵 Danish Krone (DKK) — cards accepted everywhere · 🗣️ Faroese &amp; Danish; English widely spoken · 🌦️ Layers required year-round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King's Harbour, walk off gangway directly into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5–15 min flat walk along the fjord to main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fjord hikes, Faroese village culture, authentic wool shopping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Lake Toftavatn heather walk and the world's first underwater roundabout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75–400 DKK — Local taxis are available but limited and often based in Tórshavn. Expect a minimum fare around 400 DKK (~$58 USD) for 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Toftavatn Heather Walk — </w:t>
      </w:r>
      <w:r>
        <w:rPr>
          <w:rFonts w:ascii="Arial" w:hAnsi="Arial" w:cs="Arial"/>
          <w:b w:val="0"/>
          <w:i w:val="0"/>
          <w:sz w:val="20"/>
        </w:rPr>
        <w:t>A 30-minute walk from port leads to the largest continuous heather area in the Faroe Islands, wrapped around a still freshwater…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Gjógv Village &amp; Sea Gorge — </w:t>
      </w:r>
      <w:r>
        <w:rPr>
          <w:rFonts w:ascii="Arial" w:hAnsi="Arial" w:cs="Arial"/>
          <w:b w:val="0"/>
          <w:i w:val="0"/>
          <w:sz w:val="20"/>
        </w:rPr>
        <w:t>The most photographed village in the Faroes sits at the northern tip of Eysturoy.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Underwater Roundabout Drive — </w:t>
      </w:r>
      <w:r>
        <w:rPr>
          <w:rFonts w:ascii="Arial" w:hAnsi="Arial" w:cs="Arial"/>
          <w:b w:val="0"/>
          <w:i w:val="0"/>
          <w:sz w:val="20"/>
        </w:rPr>
        <w:t>The 11.2 km Eysturoy Tunnel connects Runavík to Tórshavn via the world's first underwater roundabout, illuminated with art by…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Heimablídni Home Dining — </w:t>
      </w:r>
      <w:r>
        <w:rPr>
          <w:rFonts w:ascii="Arial" w:hAnsi="Arial" w:cs="Arial"/>
          <w:b w:val="0"/>
          <w:i w:val="0"/>
          <w:sz w:val="20"/>
        </w:rPr>
        <w:t>Faroese 'home hospitality' — sit down with a local family for coffee, homemade waffles, and traditional fermented lamb or dried…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Nes Church &amp; Fjord Walk — </w:t>
      </w:r>
      <w:r>
        <w:rPr>
          <w:rFonts w:ascii="Arial" w:hAnsi="Arial" w:cs="Arial"/>
          <w:b w:val="0"/>
          <w:i w:val="0"/>
          <w:sz w:val="20"/>
        </w:rPr>
        <w:t>A scenic 40-minute walk (or short bus ride) along the fjord shore brings you to the 1843 wooden church at Nes, one of the most…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King's Harbour to Heiðavegur (Town Stroll): </w:t>
      </w:r>
      <w:r>
        <w:rPr>
          <w:rFonts w:ascii="Arial" w:hAnsi="Arial" w:cs="Arial"/>
          <w:b w:val="0"/>
          <w:i w:val="0"/>
          <w:sz w:val="20"/>
        </w:rPr>
        <w:t>0.8 km · 10 min · Easy — Walk the flat fjord-front promenade from the pier into the town centre.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Toftavatn Heather Lake Loop: </w:t>
      </w:r>
      <w:r>
        <w:rPr>
          <w:rFonts w:ascii="Arial" w:hAnsi="Arial" w:cs="Arial"/>
          <w:b w:val="0"/>
          <w:i w:val="0"/>
          <w:sz w:val="20"/>
        </w:rPr>
        <w:t>4 km · 1.5 hrs · Easy-Moderate — Head south from the town centre on the marked footpath to Lake Toftavatn, the Faroes' largest…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4:32AM–10:16PM · Jul 4:09AM–10:54PM · Sep 6:53AM–7:49PM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cruiseports.org/runavik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Runavík, Eysturoy, Faroe Islands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unavi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Tjóðsavnið (Faroe Islands National Museum)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Tórshavn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Vesturkirkjan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Tyggjara falls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Christianskirkjan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Gøta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