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Rosendal, Vestland, Norway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village of 800 souls tucked between snow-capped peaks and Norway's second-largest fjord, Rosendal delivers a 17th-century barony, 300-year-old rose gardens, and a glacier-fed turquoise lake — all within easy reach of the tender dock.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(large ships) / Pier (small ships) · 🕒 Typical call: 6-8 hrs · 💳 Norwegian Krone (NOK) — virtually cashless · 🗣️ Norwegian (English widely spoken) · 🌿 Eco-destination: max 1,000 pax/ship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to harbor for large ships; small/expedition ships dock at Rosendal Hamn quay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1-5 min from tender dock to village; Baroniet Rosendal 15-20 min walk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 lovers, garden fans, fjord hikers, and those seeking an authentic, uncrowded Norway experience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Baroniet Rosendal castle &amp; rose garden, Hattebergsfossen waterfall, and Bondhusvatnet glacier lake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Metered (varies) — Local taxis available on request through Kvinnherad Taxi (+47 917 81 000). Useful for reaching Folgefonna National Park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Baroniet Rosendal — Norway's Only Barony — </w:t>
      </w:r>
      <w:r>
        <w:rPr>
          <w:rFonts w:ascii="Arial" w:hAnsi="Arial" w:cs="Arial"/>
          <w:b w:val="0"/>
          <w:i w:val="0"/>
          <w:sz w:val="20"/>
        </w:rPr>
        <w:t>Built in 1665, this is Norway's sole barony and its smallest castle.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Bondhusvatnet Glacier Lake — </w:t>
      </w:r>
      <w:r>
        <w:rPr>
          <w:rFonts w:ascii="Arial" w:hAnsi="Arial" w:cs="Arial"/>
          <w:b w:val="0"/>
          <w:i w:val="0"/>
          <w:sz w:val="20"/>
        </w:rPr>
        <w:t>A roughly 30-40 minute drive from Rosendal to the Sundal trailhead, then an easy, near-flat 45-60 minute walk (about 2.5 km each…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Hattebergsfossen Waterfall Walk — </w:t>
      </w:r>
      <w:r>
        <w:rPr>
          <w:rFonts w:ascii="Arial" w:hAnsi="Arial" w:cs="Arial"/>
          <w:b w:val="0"/>
          <w:i w:val="0"/>
          <w:sz w:val="20"/>
        </w:rPr>
        <w:t>A scenic, well-marked path from Baroniet Rosendal leads to the Hattebergsfossen waterfall.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Sjethaug Viewpoint Hike — </w:t>
      </w:r>
      <w:r>
        <w:rPr>
          <w:rFonts w:ascii="Arial" w:hAnsi="Arial" w:cs="Arial"/>
          <w:b w:val="0"/>
          <w:i w:val="0"/>
          <w:sz w:val="20"/>
        </w:rPr>
        <w:t>An easy-to-moderate 1-1.5 hour round-trip hike above the village rewarding you with panoramic views over Rosendal and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Folgefonn Centre &amp; Folgefonna National Park — </w:t>
      </w:r>
      <w:r>
        <w:rPr>
          <w:rFonts w:ascii="Arial" w:hAnsi="Arial" w:cs="Arial"/>
          <w:b w:val="0"/>
          <w:i w:val="0"/>
          <w:sz w:val="20"/>
        </w:rPr>
        <w:t>Right at the harbor, this interactive visitor centre covers the Folgefonna glacier, national park ecology, and climate.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Village Center to Baroniet Rosendal &amp; Hattebergsfossen: </w:t>
      </w:r>
      <w:r>
        <w:rPr>
          <w:rFonts w:ascii="Arial" w:hAnsi="Arial" w:cs="Arial"/>
          <w:b w:val="0"/>
          <w:i w:val="0"/>
          <w:sz w:val="20"/>
        </w:rPr>
        <w:t>3-4 km round trip | Easy | 1.5-2.5 hrs — From the harbor, walk through the village past cafes and the Steinparken stone park, continuing…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Sjethaug Viewpoint Hike: </w:t>
      </w:r>
      <w:r>
        <w:rPr>
          <w:rFonts w:ascii="Arial" w:hAnsi="Arial" w:cs="Arial"/>
          <w:b w:val="0"/>
          <w:i w:val="0"/>
          <w:sz w:val="20"/>
        </w:rPr>
        <w:t>2-3 km round trip | Easy-moderate | 1.5 hrs — From the village center, follow the marked trail uphill to the Sjethaug viewpoint for sweeping…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17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4:58AM–10:07PM · Jul 4:40AM–10:42PM · Sep 7:04AM–7:56PM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cruiseports.org/rosendal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Rosendal, Vestland, Norway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osendal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Gallery G Guddal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Fjellhaugvatn foss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Hattebergfossen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