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Rose Island, New Providence,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Three miles east of Nassau, Rose Island feels like a world away — no roads, no crowds, just pink-hued sand, swimming pigs, and some of the Bahamas' clearest reef water.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Shore excursion from Nassau (tender for small ships) · 🕒 Typical call: 7-9 hrs (Nassau port day) · 💵 USD / BSD (1:1) · 🗣️ English · 🐷 Famous for swimming pigs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ships berth at Nassau (Prince George Wharf); Rose Island reached by excursion boat (~25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Everything on Rose Island is within 5 min of the Sandy Toes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escape, snorkeling, swimming pigs, Caribbean rum drinks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Sandy Toes swimming pigs &amp; the hillside beach bar with 360°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$79–$89/person — The primary way to reach Rose Island. Water taxis and group tour boats depart from the Nassau Cruise Port or Paradise Is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Sandy Toes Full-Day Beach Excursion — </w:t>
      </w:r>
      <w:r>
        <w:rPr>
          <w:rFonts w:ascii="Arial" w:hAnsi="Arial" w:cs="Arial"/>
          <w:b w:val="0"/>
          <w:i w:val="0"/>
          <w:sz w:val="20"/>
        </w:rPr>
        <w:t>The signature Rose Island experience: boat transfer from Nassau, private beach access, hammock garden, swimming pigs encounter…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Swimming Pigs Experience — </w:t>
      </w:r>
      <w:r>
        <w:rPr>
          <w:rFonts w:ascii="Arial" w:hAnsi="Arial" w:cs="Arial"/>
          <w:b w:val="0"/>
          <w:i w:val="0"/>
          <w:sz w:val="20"/>
        </w:rPr>
        <w:t>Wade into the shallows and hand-feed Rose Island's resident swimming pigs — farm-saved animals that are genuinely habituated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Rose Island Reef Snorkeling — </w:t>
      </w:r>
      <w:r>
        <w:rPr>
          <w:rFonts w:ascii="Arial" w:hAnsi="Arial" w:cs="Arial"/>
          <w:b w:val="0"/>
          <w:i w:val="0"/>
          <w:sz w:val="20"/>
        </w:rPr>
        <w:t>Guided snorkel over fringing reefs surrounding Rose Island — tropical fish, sea fans, stingrays, and occasional sea turtles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Catamaran Cruise from Nassau — </w:t>
      </w:r>
      <w:r>
        <w:rPr>
          <w:rFonts w:ascii="Arial" w:hAnsi="Arial" w:cs="Arial"/>
          <w:b w:val="0"/>
          <w:i w:val="0"/>
          <w:sz w:val="20"/>
        </w:rPr>
        <w:t>Half-day catamaran tours depart Nassau for Rose Island, combining a harbor scenic cruise with snorkeling, beach time, and an open…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 to Sandy Toes Beach Bar &amp; Pigs: </w:t>
      </w:r>
      <w:r>
        <w:rPr>
          <w:rFonts w:ascii="Arial" w:hAnsi="Arial" w:cs="Arial"/>
          <w:b w:val="0"/>
          <w:i w:val="0"/>
          <w:sz w:val="20"/>
        </w:rPr>
        <w:t>5 min · Easy · Flat — From the excursion dock, a short path leads over a gentle ridge to the main north-shore beach,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Walk — Snorkeling Cove to Hammock Garden: </w:t>
      </w:r>
      <w:r>
        <w:rPr>
          <w:rFonts w:ascii="Arial" w:hAnsi="Arial" w:cs="Arial"/>
          <w:b w:val="0"/>
          <w:i w:val="0"/>
          <w:sz w:val="20"/>
        </w:rPr>
        <w:t>15 min · Easy · Sand &amp; light brush — Stroll the north-shore beach east to the rocky snorkeling cove, then loop back through the shaded…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6:25AM–7:47PM · Jul 6:29AM–8:02PM · Sep 6:55AM–7:14PM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cruiseports.org/rose-island-bahamas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Rose Island, New Providence, Bahamas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se-island-baham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Yamacraw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Blue Lagoon Island Bahamas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Sandy Toes, Bahamas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Pigs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Da'Pig Beach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