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Rørvik, Trøndelag,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hidden gem of the Norwegian coast, Rørvik sits at the heart of a 6,000-island archipelago. The pier lands you steps from an award-winning coastal museum, a cashless fishing town, and panoramic hikes with no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(docks in town center) · 🕒 Typical call: 4–7 hrs · 💵 Norwegian Krone (NOK) — almost entirely cashless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Deepwater pier in the town center;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min to Norveg Museum; ~10 min to main shopping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Coastal culture, seafood, island scenery, ship-watching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Nordbound/southbound Hurtigruten ships meeting at the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150–250 (~$14–24 USD) — Local taxis are available in Rørvik for trips further afield in the Vikna archipelago. The town is compact so taxi use 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Norveg Museum — 10,000 Years of Coastal Life — </w:t>
      </w:r>
      <w:r>
        <w:rPr>
          <w:rFonts w:ascii="Arial" w:hAnsi="Arial" w:cs="Arial"/>
          <w:b w:val="0"/>
          <w:i w:val="0"/>
          <w:sz w:val="20"/>
        </w:rPr>
        <w:t>Housed in a sail-shaped building designed by Guðmundur Jónsson, the Norveg National Centre for Coastal Culture traces life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Berggården 19th-Century Trading Post — </w:t>
      </w:r>
      <w:r>
        <w:rPr>
          <w:rFonts w:ascii="Arial" w:hAnsi="Arial" w:cs="Arial"/>
          <w:b w:val="0"/>
          <w:i w:val="0"/>
          <w:sz w:val="20"/>
        </w:rPr>
        <w:t>A beautifully preserved merchant's home from the 1800s, usually included with the Norveg Museum ticket.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Gluggfjellet Viewpoint Hike — </w:t>
      </w:r>
      <w:r>
        <w:rPr>
          <w:rFonts w:ascii="Arial" w:hAnsi="Arial" w:cs="Arial"/>
          <w:b w:val="0"/>
          <w:i w:val="0"/>
          <w:sz w:val="20"/>
        </w:rPr>
        <w:t>A short, well-marked loop trail (under 2 km) circles the modest 73 m Gluggfjellet hill above town, with expansive views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Sør-Gjæslingan Historic Fishing Village — </w:t>
      </w:r>
      <w:r>
        <w:rPr>
          <w:rFonts w:ascii="Arial" w:hAnsi="Arial" w:cs="Arial"/>
          <w:b w:val="0"/>
          <w:i w:val="0"/>
          <w:sz w:val="20"/>
        </w:rPr>
        <w:t>One of Norway's largest historic fishing communities, spread across several islands and now an open-air museum of preserved…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Seafood &amp; Trøndelag Gastronomy — </w:t>
      </w:r>
      <w:r>
        <w:rPr>
          <w:rFonts w:ascii="Arial" w:hAnsi="Arial" w:cs="Arial"/>
          <w:b w:val="0"/>
          <w:i w:val="0"/>
          <w:sz w:val="20"/>
        </w:rPr>
        <w:t>Trøndelag was named a European Region of Gastronomy.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Pier → Norveg → Sjøgata → Rørvik Church: </w:t>
      </w:r>
      <w:r>
        <w:rPr>
          <w:rFonts w:ascii="Arial" w:hAnsi="Arial" w:cs="Arial"/>
          <w:b w:val="0"/>
          <w:i w:val="0"/>
          <w:sz w:val="20"/>
        </w:rPr>
        <w:t>⏱ 30–45 min · 🚶 Easy · 📷 Harbour views — From the pier, walk 2 minutes to the Norveg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Gluggfjellet Viewpoint Hike: </w:t>
      </w:r>
      <w:r>
        <w:rPr>
          <w:rFonts w:ascii="Arial" w:hAnsi="Arial" w:cs="Arial"/>
          <w:b w:val="0"/>
          <w:i w:val="0"/>
          <w:sz w:val="20"/>
        </w:rPr>
        <w:t>⏱ 1–1.5 hrs round trip · 🥾 Easy–Moderate · 🏔️ Panoramic island views — Follow the signposted loop trail (under 2 km) from town up the 73 m Gluggfjellet hill for sweeping…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6:37AM–7:40PM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cruiseports.org/rorvik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