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Civitavecchia (Rome), Lazio, Italy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Rome is 80 km away and absolutely worth the trip — catch the regional train from Civitavecchia station and you're at Roma Termini in 70 minutes for under €10.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(cruise pier) · 🕒 Typical call: 9–11 hrs · 💶 Euro (EUR) · 🗣️ Italian · English at tourist sites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Civitavecchia cruise terminal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 Rome: </w:t>
      </w:r>
      <w:r>
        <w:rPr>
          <w:rFonts w:ascii="Arial" w:hAnsi="Arial" w:cs="Arial"/>
          <w:b w:val="0"/>
          <w:i w:val="0"/>
          <w:sz w:val="20"/>
        </w:rPr>
        <w:t>~70 min by Trenitalia train · €8–10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Vatican · Colosseum · Ancient history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St. Peter's Basilica (free entry)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€130–€180 (up to 4 passengers) — Metered taxis available at the port. Agree on a fare before departure; prices can be higher on weekends or at night. Tak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Vatican &amp; St. Peter's Basilica — </w:t>
      </w:r>
      <w:r>
        <w:rPr>
          <w:rFonts w:ascii="Arial" w:hAnsi="Arial" w:cs="Arial"/>
          <w:b w:val="0"/>
          <w:i w:val="0"/>
          <w:sz w:val="20"/>
        </w:rPr>
        <w:t>The Vatican Museums, Sistine Chapel, and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Colosseum, Roman Forum &amp; Palatine Hill — </w:t>
      </w:r>
      <w:r>
        <w:rPr>
          <w:rFonts w:ascii="Arial" w:hAnsi="Arial" w:cs="Arial"/>
          <w:b w:val="0"/>
          <w:i w:val="0"/>
          <w:sz w:val="20"/>
        </w:rPr>
        <w:t>The Roman Empire's greatest amphitheatre and the forum below it are covered on a single combo ticket.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Trevi Fountain, Pantheon &amp; Piazzas — </w:t>
      </w:r>
      <w:r>
        <w:rPr>
          <w:rFonts w:ascii="Arial" w:hAnsi="Arial" w:cs="Arial"/>
          <w:b w:val="0"/>
          <w:i w:val="0"/>
          <w:sz w:val="20"/>
        </w:rPr>
        <w:t>A walking loop through central Rome: Trevi Fountain, the perfectly preserved Pantheon (now ticketed), Piazza Navona, and Campo…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Trastevere food &amp; neighbourhood walk — </w:t>
      </w:r>
      <w:r>
        <w:rPr>
          <w:rFonts w:ascii="Arial" w:hAnsi="Arial" w:cs="Arial"/>
          <w:b w:val="0"/>
          <w:i w:val="0"/>
          <w:sz w:val="20"/>
        </w:rPr>
        <w:t>Rome's most atmospheric medieval neighbourhood across the Tiber — cobblestone lanes, trattorias, and the beautiful Basilica di…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Stay in Civitavecchia — </w:t>
      </w:r>
      <w:r>
        <w:rPr>
          <w:rFonts w:ascii="Arial" w:hAnsi="Arial" w:cs="Arial"/>
          <w:b w:val="0"/>
          <w:i w:val="0"/>
          <w:sz w:val="20"/>
        </w:rPr>
        <w:t>If Rome fatigue is real, Civitavecchia has a pleasant old town, the Forte Michelangelo (a Bramante-designed fortress on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Vatican to Trastevere: </w:t>
      </w:r>
      <w:r>
        <w:rPr>
          <w:rFonts w:ascii="Arial" w:hAnsi="Arial" w:cs="Arial"/>
          <w:b w:val="0"/>
          <w:i w:val="0"/>
          <w:sz w:val="20"/>
        </w:rPr>
        <w:t>~3.5 km · 2–3 hrs · mostly flat — From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Colosseum to Trevi Fountain: </w:t>
      </w:r>
      <w:r>
        <w:rPr>
          <w:rFonts w:ascii="Arial" w:hAnsi="Arial" w:cs="Arial"/>
          <w:b w:val="0"/>
          <w:i w:val="0"/>
          <w:sz w:val="20"/>
        </w:rPr>
        <w:t>~4 km · 2–3 hrs · mostly flat — From the Colosseum, walk north past the Imperial Fora, through the neighbourhood of Monti, up to…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5:52AM–8:26PM · Jul 5:50AM–8:46PM · Sep 6:53AM–7:22PM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cruiseports.org/rome-civitavecchia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Civitavecchia (Rome), Lazio, Italy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ome-civitavecchi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Museo Civico di Tolfa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Fontana del Vanvitelli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Aquafelix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Ancient Fortress of Civitavecchia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Cattedrale di S. Francesco d’Assisi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Museo Archeologico Nazionale di Civitavecchia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