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Rodrigues Island, Rodrigues, Mauritius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Rodrigues is Mauritius as it was 50 years ago — no traffic lights, no high-rises, just a turquoise lagoon twice the size of the island itself, giant tortoises roaming a restored valley, and women wading at low tide to spear octopus.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· 🕒 Typical call: 7-9 hrs · 💵 Mauritian Rupee (MUR) · 🗣️ Creole, French,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Mathurin jetty (most cruise ships); small expedition vessels may dock at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flat walk from jetty to market &amp;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Giant tortoises, unspoiled beaches, Creole seafood, eco-tourism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François Leguat Giant Tortoise Reserve &amp; octopus curry at Chez Robert et Solange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MUR 100–200 (~$2–5 USD) within Port Mathurin; day hire ~MUR 1,500–2,500 — Taxis wait at the port and around Port Mathurin. Fares are negotiable — agree on a price before you depart. Hiring a tax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François Leguat Giant Tortoise &amp; Cave Reserve — </w:t>
      </w:r>
      <w:r>
        <w:rPr>
          <w:rFonts w:ascii="Arial" w:hAnsi="Arial" w:cs="Arial"/>
          <w:b w:val="0"/>
          <w:i w:val="0"/>
          <w:sz w:val="20"/>
        </w:rPr>
        <w:t>Walk among hundreds of free-roaming Aldabra giant tortoises in a beautifully restored valley at Anse Quitor, then take a guided…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Caverne Patate (Cave Tour) — </w:t>
      </w:r>
      <w:r>
        <w:rPr>
          <w:rFonts w:ascii="Arial" w:hAnsi="Arial" w:cs="Arial"/>
          <w:b w:val="0"/>
          <w:i w:val="0"/>
          <w:sz w:val="20"/>
        </w:rPr>
        <w:t>An extensive limestone cave (over 1 km of passages) filled with stalactites and stalagmites; guided tours cover roughly 700 metres.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Trou d'Argent &amp; Saint François Beach — </w:t>
      </w:r>
      <w:r>
        <w:rPr>
          <w:rFonts w:ascii="Arial" w:hAnsi="Arial" w:cs="Arial"/>
          <w:b w:val="0"/>
          <w:i w:val="0"/>
          <w:sz w:val="20"/>
        </w:rPr>
        <w:t>Saint François is the most accessible white-sand beach on the east coast and the start of a 30-45 minute coastal hike to Trou…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aux Cocos Bird Sanctuary — </w:t>
      </w:r>
      <w:r>
        <w:rPr>
          <w:rFonts w:ascii="Arial" w:hAnsi="Arial" w:cs="Arial"/>
          <w:b w:val="0"/>
          <w:i w:val="0"/>
          <w:sz w:val="20"/>
        </w:rPr>
        <w:t>A protected flat sandy island in the lagoon packed with thousands of noddy and fairy terns.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Mathurin Market &amp; Town Walk — </w:t>
      </w:r>
      <w:r>
        <w:rPr>
          <w:rFonts w:ascii="Arial" w:hAnsi="Arial" w:cs="Arial"/>
          <w:b w:val="0"/>
          <w:i w:val="0"/>
          <w:sz w:val="20"/>
        </w:rPr>
        <w:t>The island's bazar is a short walk from the jetty and sells hand-woven leaf baskets, chili pastes, and jarred Rodrigues lemons.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Mathurin Town Loop: </w:t>
      </w:r>
      <w:r>
        <w:rPr>
          <w:rFonts w:ascii="Arial" w:hAnsi="Arial" w:cs="Arial"/>
          <w:b w:val="0"/>
          <w:i w:val="0"/>
          <w:sz w:val="20"/>
        </w:rPr>
        <w:t>⏱ 45 min · 🚶 Easy · 📍 Starts at jetty — From the jetty, walk to the Port Mathurin market (5 min), browse the colonial main street with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6:07AM–5:17PM · Jul 6:21AM–5:23PM · Sep 5:42AM–5:40PM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cruiseports.org/rodrigues-island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Rodrigues Island, Rodrigues, Mauritius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drigue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Francois Leguat Reserve Rodrigues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St Gabriel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Cinq Sens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Baladirou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