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Roatan, Bay Islands, Honduras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largest of Honduras's Bay Islands, Roatan delivers Caribbean reef diving, jungle zip lines, and powdery white-sand beaches — all served by two well-equipped cruise piers minutes from the island's best spots.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(two cruise piers) · 🕒 Typical call: 8-10 hrs · 💵 USD &amp; Honduran Lempira · 🗣️ English &amp; Spanish · 🤿 World-class reef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Two main piers: Isla Tropicale Cruise Center (formerly Mahogany Bay, rebranded April 2025) for Carnival/Princess/HAL; Port of Roatan at Coxen Hole for Royal Caribbean, NCL, MSC, Celebrity. Both docked — no tendering.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Isla Tropicale is a self-contained beach complex — no walking to town. Coxen Hole pier is adjacent to the capital; taxis queue just outside for West Bay (~20 min) and West End (~15 min).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Reef snorkeling &amp; diving, jungle zip lines, West Bay Beach, wildlife encounters, Garifuna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West Bay Beach, Mesoamerican Barrier Reef snorkel, Gumbalimba Park, canopy zip line, water taxi between West End and West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$25–$30 per taxi — Private taxis depart from both Mahogany Bay and Coxen Hole (Port of Roatan). Fares are per taxi (not per person) to West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Mesoamerican Barrier Reef Snorkel — </w:t>
      </w:r>
      <w:r>
        <w:rPr>
          <w:rFonts w:ascii="Arial" w:hAnsi="Arial" w:cs="Arial"/>
          <w:b w:val="0"/>
          <w:i w:val="0"/>
          <w:sz w:val="20"/>
        </w:rPr>
        <w:t>The Mesoamerican Barrier Reef — the world's second largest — runs along Roatan's north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Jungle Canopy Zip Line — </w:t>
      </w:r>
      <w:r>
        <w:rPr>
          <w:rFonts w:ascii="Arial" w:hAnsi="Arial" w:cs="Arial"/>
          <w:b w:val="0"/>
          <w:i w:val="0"/>
          <w:sz w:val="20"/>
        </w:rPr>
        <w:t>Operators including South Shore Canopy and Roatan Zipline Adventures run zip-line courses high above the jungle with ocean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Gumbalimba Park — </w:t>
      </w:r>
      <w:r>
        <w:rPr>
          <w:rFonts w:ascii="Arial" w:hAnsi="Arial" w:cs="Arial"/>
          <w:b w:val="0"/>
          <w:i w:val="0"/>
          <w:sz w:val="20"/>
        </w:rPr>
        <w:t>A well-established wildlife and nature park in the West Bay area where you can meet trained macaws, interact with capuchin…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Bay Beach — </w:t>
      </w:r>
      <w:r>
        <w:rPr>
          <w:rFonts w:ascii="Arial" w:hAnsi="Arial" w:cs="Arial"/>
          <w:b w:val="0"/>
          <w:i w:val="0"/>
          <w:sz w:val="20"/>
        </w:rPr>
        <w:t>Consistently rated among the Caribbean's best beaches, West Bay has a long stretch of white sand, calm turquoise water,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Garifuna Village and Culture Tour — </w:t>
      </w:r>
      <w:r>
        <w:rPr>
          <w:rFonts w:ascii="Arial" w:hAnsi="Arial" w:cs="Arial"/>
          <w:b w:val="0"/>
          <w:i w:val="0"/>
          <w:sz w:val="20"/>
        </w:rPr>
        <w:t>The Garifuna people have deep roots along Central America's Caribbean coast.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Coxen Hole Town Walk: </w:t>
      </w:r>
      <w:r>
        <w:rPr>
          <w:rFonts w:ascii="Arial" w:hAnsi="Arial" w:cs="Arial"/>
          <w:b w:val="0"/>
          <w:i w:val="0"/>
          <w:sz w:val="20"/>
        </w:rPr>
        <w:t>~1 km · Easy · 20-30 min — From Coxen Hole pier, walk into the island capital — a working Honduran port town with colorful…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End Village Stroll: </w:t>
      </w:r>
      <w:r>
        <w:rPr>
          <w:rFonts w:ascii="Arial" w:hAnsi="Arial" w:cs="Arial"/>
          <w:b w:val="0"/>
          <w:i w:val="0"/>
          <w:sz w:val="20"/>
        </w:rPr>
        <w:t>~1.5 km · Easy · 30-40 min — West End is Roatan's laid-back dive hub — a low-key strip of dive shops, beach bars, open-air…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5:15AM–6:09PM · Jul 5:22AM–6:22PM · Sep 5:34AM–5:47PM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cruiseports.org/roatan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Roatan, Bay Islands, Honduras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at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Blue Harbor Tropical Arboretum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Roatan Getaway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Stanley Submarines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Daniel Johnson's Monkey and Sloth Hang Out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2K's Adventures Tours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Roatan Institute for Marine Sciences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Charlie's Roatan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