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Reine, Lofoten,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most photographed villages, Reine sits at the foot of jagged granite peaks in Norway's Lofoten archipelago — a compact gem of red fishermen's cabins, turquoise fjords, and world-class hiking above the Arctic Circle.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cruise pier) · 🕒 Typical call: 6–8 hrs · 💵 Norwegian Krone (NOK) — nearly cashless; cards everywhere · 🗣️ Norwegian (English widely spoken) · 🌅 Midnight Sun Jun–Jul; Northern Lights Oct–Mar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the fjord; tenders land at the small harbor pontoon in the village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off the tender — you arrive directly in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Dramatic scenery photography, Reinebringen hike, fjord boat cruises, Arctic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Reinebringen summit views, Sakrisøy yellow cabins, Anita's Sjømat fishburger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NOK 230–440 (~$22–$42) for short regional trips — Taxis serve the Lofoten area but are pricey and scarce. Pre-book in advance; same-day hailing is unreliable in this remo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Reinebringen Hike — </w:t>
      </w:r>
      <w:r>
        <w:rPr>
          <w:rFonts w:ascii="Arial" w:hAnsi="Arial" w:cs="Arial"/>
          <w:b w:val="0"/>
          <w:i w:val="0"/>
          <w:sz w:val="20"/>
        </w:rPr>
        <w:t>Lofoten's most iconic hike: roughly 1,970 Sherpa-built stone steps to a summit with sweeping views over Reine and the fjords.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Reinefjord Boat Cruise — </w:t>
      </w:r>
      <w:r>
        <w:rPr>
          <w:rFonts w:ascii="Arial" w:hAnsi="Arial" w:cs="Arial"/>
          <w:b w:val="0"/>
          <w:i w:val="0"/>
          <w:sz w:val="20"/>
        </w:rPr>
        <w:t>Classic or electric boat tour into the inner Reinefjord, gliding past sheer mountain walls to reach roadless hamlets like Vindstad.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Kayaking the Fjord — </w:t>
      </w:r>
      <w:r>
        <w:rPr>
          <w:rFonts w:ascii="Arial" w:hAnsi="Arial" w:cs="Arial"/>
          <w:b w:val="0"/>
          <w:i w:val="0"/>
          <w:sz w:val="20"/>
        </w:rPr>
        <w:t>Guided kayak tours depart directly from Reine harbor, offering a water-level perspective of the soaring granite peaks and red…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Bunes Beach via Ferry — </w:t>
      </w:r>
      <w:r>
        <w:rPr>
          <w:rFonts w:ascii="Arial" w:hAnsi="Arial" w:cs="Arial"/>
          <w:b w:val="0"/>
          <w:i w:val="0"/>
          <w:sz w:val="20"/>
        </w:rPr>
        <w:t>Take a local ferry from Reine to roadless Vindstad (20 min), then hike 45 minutes over an easy pass to a vast white-sand Arctic…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Norwegian Fishing Village Museum (Å) — </w:t>
      </w:r>
      <w:r>
        <w:rPr>
          <w:rFonts w:ascii="Arial" w:hAnsi="Arial" w:cs="Arial"/>
          <w:b w:val="0"/>
          <w:i w:val="0"/>
          <w:sz w:val="20"/>
        </w:rPr>
        <w:t>The village of Å, 10 km south, is a preserved 19th-century fishing community with a cod-liver oil factory, a bakery dating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Stroll &amp; Sakrisøy: </w:t>
      </w:r>
      <w:r>
        <w:rPr>
          <w:rFonts w:ascii="Arial" w:hAnsi="Arial" w:cs="Arial"/>
          <w:b w:val="0"/>
          <w:i w:val="0"/>
          <w:sz w:val="20"/>
        </w:rPr>
        <w:t>3 km · ~45 min one-way · Easy — Walk from the tender pier through Reine's red rorbu cabins and across the bridges to Sakrisøy…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Reinebringen Trailhead Walk: </w:t>
      </w:r>
      <w:r>
        <w:rPr>
          <w:rFonts w:ascii="Arial" w:hAnsi="Arial" w:cs="Arial"/>
          <w:b w:val="0"/>
          <w:i w:val="0"/>
          <w:sz w:val="20"/>
        </w:rPr>
        <w:t>1.5 km · ~20 min · Easy flat approach — From the tender pier, follow the path along the E10 (with a pedestrian tunnel bypass) to reach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6:25AM–7:38PM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cruiseports.org/reine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Reine, Lofoten,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i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Munkebu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Blacksmith at Sund and Fisherman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Reinebringen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Norwegian Fishing Village Museum Å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Olenilsøya Coastal 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Visitor Centre Lofotodden National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