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Peso da Régua, Douro Valley, Portugal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Nestled in the oldest demarcated wine region on Earth, Régua is where rabelo boats once floated barrels of Port downriver — today it's the beating heart of Douro river cruises, a five-minute walk from everything worth seeing.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(Cais da Régua pier) · 🕒 Typical call: 5–8 hrs · 💶 Currency: Euro (€) · 🗣️ Language: Portuguese · 🍷 Wine region: UNESCO World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— Cais da Régua;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flat along the riverfront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Port wine tastings, vineyard excursions, scenic train rides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Museu do Douro + the azulejo panels at Régua railway station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Taxis are available near the pier and train station. Short in-town rides run €5–€8; transfers to nearby quintas or Pinhã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 do Douro — </w:t>
      </w:r>
      <w:r>
        <w:rPr>
          <w:rFonts w:ascii="Arial" w:hAnsi="Arial" w:cs="Arial"/>
          <w:b w:val="0"/>
          <w:i w:val="0"/>
          <w:sz w:val="20"/>
        </w:rPr>
        <w:t>The region's top museum sits steps from the pier in the historic Casa da Companhia.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Quinta Wine Tasting — </w:t>
      </w:r>
      <w:r>
        <w:rPr>
          <w:rFonts w:ascii="Arial" w:hAnsi="Arial" w:cs="Arial"/>
          <w:b w:val="0"/>
          <w:i w:val="0"/>
          <w:sz w:val="20"/>
        </w:rPr>
        <w:t>Several prestigious estates sit within a 10-minute taxi ride.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Douro Historic Train to Tua — </w:t>
      </w:r>
      <w:r>
        <w:rPr>
          <w:rFonts w:ascii="Arial" w:hAnsi="Arial" w:cs="Arial"/>
          <w:b w:val="0"/>
          <w:i w:val="0"/>
          <w:sz w:val="20"/>
        </w:rPr>
        <w:t>On select weekends (June–Oct), the restored Douro Historic Train runs from Régua along the river to Tua, hauled by a vintage…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Lamego &amp; the Sanctuary Staircase — </w:t>
      </w:r>
      <w:r>
        <w:rPr>
          <w:rFonts w:ascii="Arial" w:hAnsi="Arial" w:cs="Arial"/>
          <w:b w:val="0"/>
          <w:i w:val="0"/>
          <w:sz w:val="20"/>
        </w:rPr>
        <w:t>Fifteen minutes by taxi, Lamego is a baroque gem crowned by the Sanctuary of Nossa Senhora dos Remédios with its famous 686-step…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Miradouro de São Leonardo de Galafura — </w:t>
      </w:r>
      <w:r>
        <w:rPr>
          <w:rFonts w:ascii="Arial" w:hAnsi="Arial" w:cs="Arial"/>
          <w:b w:val="0"/>
          <w:i w:val="0"/>
          <w:sz w:val="20"/>
        </w:rPr>
        <w:t>One of the finest viewpoints in the entire Douro Valley, about 20 minutes from town by taxi.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&amp; Railway Station Walk: </w:t>
      </w:r>
      <w:r>
        <w:rPr>
          <w:rFonts w:ascii="Arial" w:hAnsi="Arial" w:cs="Arial"/>
          <w:b w:val="0"/>
          <w:i w:val="0"/>
          <w:sz w:val="20"/>
        </w:rPr>
        <w:t>1.5 km · 20–30 min · Flat · Free — From the pier, follow the Ecopista riverfront promenade east to the Régua railway station (10 min).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&amp; Museu do Douro: </w:t>
      </w:r>
      <w:r>
        <w:rPr>
          <w:rFonts w:ascii="Arial" w:hAnsi="Arial" w:cs="Arial"/>
          <w:b w:val="0"/>
          <w:i w:val="0"/>
          <w:sz w:val="20"/>
        </w:rPr>
        <w:t>1 km · 15–20 min · Easy · ~€6 museum — Head directly from the pier to the Museu do Douro (5 min walk) for wine history and a riverside…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6:13AM–8:42PM · Jul 6:11AM–9:02PM · Sep 7:11AM–7:39PM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cruiseports.org/regua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Peso da Régua, Douro Valley, Portugal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gu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Capela de São Pedro de Balsemão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Lamego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Miradouro São Leonardo de Galafura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Douro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Fluvial de Porto de Rei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Biológico de Lamego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Santuário de Nossa Senhora dos Remédios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