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Ras Al Khaimah, UAE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UAE's 'Nature Emirate' trades skyscrapers for the Hajar Mountains, red dunes, and a 7,000-year history — with the world's longest zipline thrown in for good measure.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(dedicated cruise terminal) · 🕒 Typical call: 8-10 hrs · 💵 UAE Dirham (AED) — 1 USD ≈ 3.67 AED · 🗣️ Arabic (English widely spoken) · ☀️ Hot &amp; sunny; bring water &amp; sunscreen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dedicated boutique cruise terminal at Ras Al Khaimah Port (RAK Port), next to the Old Town;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Cruise terminal sits beside RAK Old Town; short shuttle/taxi to the main city center (~10-20 min drive)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Adventure (zipline, hiking), UAE heritage, beaches, desert safaris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Jais Flight zipline on Jebel Jais (world's longest) or Dhayah Fort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AED 6–15 — RAKTA-regulated metered taxis are available outside the terminal. The short hop to the city center costs roughly AED 6–1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Jais Flight — World's Longest Zipline — </w:t>
      </w:r>
      <w:r>
        <w:rPr>
          <w:rFonts w:ascii="Arial" w:hAnsi="Arial" w:cs="Arial"/>
          <w:b w:val="0"/>
          <w:i w:val="0"/>
          <w:sz w:val="20"/>
        </w:rPr>
        <w:t>Soar at up to 160 km/h across the Hajar Mountains on the Jais Flight zipline at 1,680 m above sea level.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Dhayah Fort &amp; Palm Valley — </w:t>
      </w:r>
      <w:r>
        <w:rPr>
          <w:rFonts w:ascii="Arial" w:hAnsi="Arial" w:cs="Arial"/>
          <w:b w:val="0"/>
          <w:i w:val="0"/>
          <w:sz w:val="20"/>
        </w:rPr>
        <w:t>The only intact hilltop fort in the UAE, perched on a rocky outcrop with 360-degree views over date palm groves, mountains,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Jazirah Al Hamra Ghost Town — </w:t>
      </w:r>
      <w:r>
        <w:rPr>
          <w:rFonts w:ascii="Arial" w:hAnsi="Arial" w:cs="Arial"/>
          <w:b w:val="0"/>
          <w:i w:val="0"/>
          <w:sz w:val="20"/>
        </w:rPr>
        <w:t>The best-preserved pre-oil town in the UAE — an entire 17th-century pearling village abandoned in the 1970s.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of Ras Al Khaimah — </w:t>
      </w:r>
      <w:r>
        <w:rPr>
          <w:rFonts w:ascii="Arial" w:hAnsi="Arial" w:cs="Arial"/>
          <w:b w:val="0"/>
          <w:i w:val="0"/>
          <w:sz w:val="20"/>
        </w:rPr>
        <w:t>Housed in a historic fort (16th-century origins, much rebuilt in the 18th-19th centuries) that served as the ruling Al Qawasim…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Suwaidi Pearl Farm Dhow Tour — </w:t>
      </w:r>
      <w:r>
        <w:rPr>
          <w:rFonts w:ascii="Arial" w:hAnsi="Arial" w:cs="Arial"/>
          <w:b w:val="0"/>
          <w:i w:val="0"/>
          <w:sz w:val="20"/>
        </w:rPr>
        <w:t>The UAE's only working cultured pearl farm, reached by traditional dhow from the fishing village of Al Rams.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Al Qawasim Waterfront Walk: </w:t>
      </w:r>
      <w:r>
        <w:rPr>
          <w:rFonts w:ascii="Arial" w:hAnsi="Arial" w:cs="Arial"/>
          <w:b w:val="0"/>
          <w:i w:val="0"/>
          <w:sz w:val="20"/>
        </w:rPr>
        <w:t>3 km · Flat · 45-60 min — RAK's main waterfront promenade runs along the creek past cafes, mangroves, and the towering UAE…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5:30AM–6:54PM · Jul 5:34AM–7:09PM · Sep 6:02AM–6:20PM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cruiseports.org/ras-al-khaimah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Ras Al Khaimah, UAE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s-al-khaima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SAQR TRAVEL AND TOURISM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Ras Al Khaimah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Cheeky Monkeys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RAK Old Corniche Sea View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Saqr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Mangroves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Corniche Al Qawasim كورنيش القواسم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