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Rangiroa, Tuamotu Archipelago,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second-largest atoll on Earth, Rangiroa is a diver's paradise where wild dolphins surf the passes, black pearls are harvested offshore, and a turquoise lagoon big enough to swallow the entire island of Tahiti glows at every horizon.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XPF (French Pacific Franc) · 🗣️ French / Tuamotuan · 🤿 World-class diving &amp; snorkeling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lagoon; tenders land at Ohotu Wharf, Avatoru Islet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Avatoru village is ~10 km west; Tiputa Pass dolphin spot is 10 min on foot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lagoon snorkeling, dolphin watching, pearl farms, blue lagoon boat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Dolphins surfing Tiputa Pass at outgoing tide; a Blue Lagoon excursion to swim with baby reef sharks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~500 XPF/person (short trips); from 1,500 XPF + 130 XPF/km — Taxis are available but scarce — book in advance. Short village transfers cost around 500 XPF per person; longer private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Tiputa Pass Drift Dive — </w:t>
      </w:r>
      <w:r>
        <w:rPr>
          <w:rFonts w:ascii="Arial" w:hAnsi="Arial" w:cs="Arial"/>
          <w:b w:val="0"/>
          <w:i w:val="0"/>
          <w:sz w:val="20"/>
        </w:rPr>
        <w:t>Drop into the open ocean side of Tiputa Pass and ride the incoming current through the pass into the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Boat Excursion — </w:t>
      </w:r>
      <w:r>
        <w:rPr>
          <w:rFonts w:ascii="Arial" w:hAnsi="Arial" w:cs="Arial"/>
          <w:b w:val="0"/>
          <w:i w:val="0"/>
          <w:sz w:val="20"/>
        </w:rPr>
        <w:t>A 1-hour boat ride across the lagoon leads to the Lagon Bleu — a lagoon within the lagoon, ringed by tiny coconut-fringed motus.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Watching at Tiputa Pass — </w:t>
      </w:r>
      <w:r>
        <w:rPr>
          <w:rFonts w:ascii="Arial" w:hAnsi="Arial" w:cs="Arial"/>
          <w:b w:val="0"/>
          <w:i w:val="0"/>
          <w:sz w:val="20"/>
        </w:rPr>
        <w:t>A resident pod of bottlenose dolphins lives permanently in the pass and loves to surf the standing waves created by rushing tides.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Aquarium Snorkel Tour — </w:t>
      </w:r>
      <w:r>
        <w:rPr>
          <w:rFonts w:ascii="Arial" w:hAnsi="Arial" w:cs="Arial"/>
          <w:b w:val="0"/>
          <w:i w:val="0"/>
          <w:sz w:val="20"/>
        </w:rPr>
        <w:t>A short boat ride from the tender pier to the shallow lagoon edge known as 'The Aquarium' (Motu Nuhi).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Gauguin's Pearl Farm Visit — </w:t>
      </w:r>
      <w:r>
        <w:rPr>
          <w:rFonts w:ascii="Arial" w:hAnsi="Arial" w:cs="Arial"/>
          <w:b w:val="0"/>
          <w:i w:val="0"/>
          <w:sz w:val="20"/>
        </w:rPr>
        <w:t>Gauguin's Pearl Farm sits in the Avatoru village area, several km west of the Tiputa-side tender wharf.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Tiputa Pass Dolphin Viewpoint: </w:t>
      </w:r>
      <w:r>
        <w:rPr>
          <w:rFonts w:ascii="Arial" w:hAnsi="Arial" w:cs="Arial"/>
          <w:b w:val="0"/>
          <w:i w:val="0"/>
          <w:sz w:val="20"/>
        </w:rPr>
        <w:t>10 min walk | Flat | Free — The easiest walk on the atoll.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Kia Ora Resort: </w:t>
      </w:r>
      <w:r>
        <w:rPr>
          <w:rFonts w:ascii="Arial" w:hAnsi="Arial" w:cs="Arial"/>
          <w:b w:val="0"/>
          <w:i w:val="0"/>
          <w:sz w:val="20"/>
        </w:rPr>
        <w:t>20–25 min walk (or 5 min by bike) | Flat — Walk or bike west along the main road from Ohotu Wharf to the Hotel Kia Ora Resort &amp; Spa.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6:04AM–5:29PM · Jul 6:17AM–5:36PM · Sep 5:45AM–5:46PM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cruiseports.org/rangiroa-atoll-tuamotus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Rangiroa, Tuamotu Archipelago, French Polynesia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ngiroa-atoll-tuamotu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Rairoa Fishing And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Lagon Bleu - Blue Lagoon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