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Rainier, Oregon,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Columbia River mill town that punches above its size — dock steps from Riverfront Park and use it as a launchpad for Mount St. Helens or wander historic A Street at your own pace.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5–8 hrs · 💵 USD · 🗣️ English · 🌲 River &amp; volcano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dock at Rainier Marina / Riverfront Park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Under 2 min — ship ties up next to Riverfront Park; A Street is 1 block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Columbia River scenery, small-town Pacific NW charm, Mount St. Helens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Lewis and Clark Bridge views from the park; watching cargo ships pass close-up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St. Helens National Volcanic Monument — </w:t>
      </w:r>
      <w:r>
        <w:rPr>
          <w:rFonts w:ascii="Arial" w:hAnsi="Arial" w:cs="Arial"/>
          <w:b w:val="0"/>
          <w:i w:val="0"/>
          <w:sz w:val="20"/>
        </w:rPr>
        <w:t>The standout excursion from Rainier.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Lewis and Clark Bridge &amp; Longview, WA — </w:t>
      </w:r>
      <w:r>
        <w:rPr>
          <w:rFonts w:ascii="Arial" w:hAnsi="Arial" w:cs="Arial"/>
          <w:b w:val="0"/>
          <w:i w:val="0"/>
          <w:sz w:val="20"/>
        </w:rPr>
        <w:t>Cross the towering 1930 bridge to Longview, Washington for a visit to Lake Sacajawea Park — often called one of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Dibblee Beach River Walk — </w:t>
      </w:r>
      <w:r>
        <w:rPr>
          <w:rFonts w:ascii="Arial" w:hAnsi="Arial" w:cs="Arial"/>
          <w:b w:val="0"/>
          <w:i w:val="0"/>
          <w:sz w:val="20"/>
        </w:rPr>
        <w:t>A long sandy Columbia River beach about a mile west of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A Street Stroll — </w:t>
      </w:r>
      <w:r>
        <w:rPr>
          <w:rFonts w:ascii="Arial" w:hAnsi="Arial" w:cs="Arial"/>
          <w:b w:val="0"/>
          <w:i w:val="0"/>
          <w:sz w:val="20"/>
        </w:rPr>
        <w:t>A Street's brick storefronts date to Rainier's logging heyday.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Park to A Street Loop: </w:t>
      </w:r>
      <w:r>
        <w:rPr>
          <w:rFonts w:ascii="Arial" w:hAnsi="Arial" w:cs="Arial"/>
          <w:b w:val="0"/>
          <w:i w:val="0"/>
          <w:sz w:val="20"/>
        </w:rPr>
        <w:t>0.5 mi · 15–20 min · Flat — From the pier, explore Riverfront Park's riverside path and historical markers, then cut one block…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Dibblee Beach Walk: </w:t>
      </w:r>
      <w:r>
        <w:rPr>
          <w:rFonts w:ascii="Arial" w:hAnsi="Arial" w:cs="Arial"/>
          <w:b w:val="0"/>
          <w:i w:val="0"/>
          <w:sz w:val="20"/>
        </w:rPr>
        <w:t>~1 mi one-way · 20–25 min walk or 5 min taxi · Flat — Head west along the riverbank from the park to Dibblee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5:35AM–8:39PM · Jul 5:32AM–9:00PM · Sep 6:49AM–7:21PM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cruiseports.org/rainier-or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Rainier, Oregon,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inier-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Cowlitz County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Prescott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Rainier City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Archie Anderson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Trojan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Sacajawea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Sacajawea Park Japanese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Cinema of Horrors Haunted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