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Rábida Island, Galápagos,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Martian-red volcanic island sitting at the heart of the Galápagos — Rábida's iron-stained beach, lively sea lion colony, flamingo-fringed lagoon, and crystal-clear snorkeling waters make it one of the archipelago's most visually unforgettable stops.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— wet landing (no pier) · 🕒 Typical call: 4–6 hrs · 💵 USD (all-inclusive cruise) · 🗣️ Spanish / English guides · 🌿 Galápagos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Zodiac/panga wet landing onto red sand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highlights: </w:t>
      </w:r>
      <w:r>
        <w:rPr>
          <w:rFonts w:ascii="Arial" w:hAnsi="Arial" w:cs="Arial"/>
          <w:b w:val="0"/>
          <w:i w:val="0"/>
          <w:sz w:val="20"/>
        </w:rPr>
        <w:t>Beach &amp; lagoon immediate; cliff trail ~1 km loop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photography, snorkeling, birdwatching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Snorkeling with sea lions along the rocky south coast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Beach Sea Lion Colony — </w:t>
      </w:r>
      <w:r>
        <w:rPr>
          <w:rFonts w:ascii="Arial" w:hAnsi="Arial" w:cs="Arial"/>
          <w:b w:val="0"/>
          <w:i w:val="0"/>
          <w:sz w:val="20"/>
        </w:rPr>
        <w:t>Step ashore into the middle of a bachelor sea lion colony lounging on the crimson sand.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Flamingo Lagoon Walk — </w:t>
      </w:r>
      <w:r>
        <w:rPr>
          <w:rFonts w:ascii="Arial" w:hAnsi="Arial" w:cs="Arial"/>
          <w:b w:val="0"/>
          <w:i w:val="0"/>
          <w:sz w:val="20"/>
        </w:rPr>
        <w:t>A short path behind the beach leads to a brackish lagoon where Galápagos flamingos feed on brine shrimp alongside pintail ducks…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Cliffside Trail &amp; Panoramic Viewpoint — </w:t>
      </w:r>
      <w:r>
        <w:rPr>
          <w:rFonts w:ascii="Arial" w:hAnsi="Arial" w:cs="Arial"/>
          <w:b w:val="0"/>
          <w:i w:val="0"/>
          <w:sz w:val="20"/>
        </w:rPr>
        <w:t>The island's one official loop trail (~1 km) climbs volcanic rock through Palo Santo forest to a clifftop overlook.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with Sea Lions — </w:t>
      </w:r>
      <w:r>
        <w:rPr>
          <w:rFonts w:ascii="Arial" w:hAnsi="Arial" w:cs="Arial"/>
          <w:b w:val="0"/>
          <w:i w:val="0"/>
          <w:sz w:val="20"/>
        </w:rPr>
        <w:t>Snorkel from the beach or by Zodiac along the rocky south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Brown Pelican Nesting Area — </w:t>
      </w:r>
      <w:r>
        <w:rPr>
          <w:rFonts w:ascii="Arial" w:hAnsi="Arial" w:cs="Arial"/>
          <w:b w:val="0"/>
          <w:i w:val="0"/>
          <w:sz w:val="20"/>
        </w:rPr>
        <w:t>Rábida is one of the best spots in the Galápagos to observe brown pelicans nesting at close range in the salty scrub behind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Roja to Flamingo Lagoon &amp; Cliff Viewpoint Loop: </w:t>
      </w:r>
      <w:r>
        <w:rPr>
          <w:rFonts w:ascii="Arial" w:hAnsi="Arial" w:cs="Arial"/>
          <w:b w:val="0"/>
          <w:i w:val="0"/>
          <w:sz w:val="20"/>
        </w:rPr>
        <w:t>~1 km loop · 45–90 min · Moderate rocky sections — Begin at the red sand beach, walk the shoreline past the sea lion colony, follow the path through…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cruiseports.org/rabida-island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