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Quiberon,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wind-swept Atlantic peninsula where dramatic wave-battered cliffs meet calm sandy beaches — Quiberon delivers classic Brittany in one walkable shore day, with ferry access to the island of Belle-Île for those with extra time.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💶 Currency: Euro (€) · 🗣️ Language: French · 🌊 Brittany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 of Quiberon; tenders land at Port-Haliguen or Port Maria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Port Maria; 20–25 min from Port-Haliguen (1.8 km flat coastal walk)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coastal walks, Breton food &amp; souvenirs, ferry to Belle-Île, beach time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Belle-Iloise sardine boutique, Côte Sauvage viewpoints, a galette with salted caramel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€5–€8 — Taxis available at Port Maria. Short ride to Quiberon town center (approx. 1.5–1.8 km) costs roughly €5–€8. Pick-up char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Côte Sauvage Walk — </w:t>
      </w:r>
      <w:r>
        <w:rPr>
          <w:rFonts w:ascii="Arial" w:hAnsi="Arial" w:cs="Arial"/>
          <w:b w:val="0"/>
          <w:i w:val="0"/>
          <w:sz w:val="20"/>
        </w:rPr>
        <w:t>Follow the GR34 coastal path along Quiberon's wild western shore — 8 km of dramatic sea arches, blowholes, and cliff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Day to Belle-Île-en-Mer — </w:t>
      </w:r>
      <w:r>
        <w:rPr>
          <w:rFonts w:ascii="Arial" w:hAnsi="Arial" w:cs="Arial"/>
          <w:b w:val="0"/>
          <w:i w:val="0"/>
          <w:sz w:val="20"/>
        </w:rPr>
        <w:t>Brittany's largest and most beautiful island sits 45–50 minutes by ferry from Port Maria.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Carnac Megaliths Excursion — </w:t>
      </w:r>
      <w:r>
        <w:rPr>
          <w:rFonts w:ascii="Arial" w:hAnsi="Arial" w:cs="Arial"/>
          <w:b w:val="0"/>
          <w:i w:val="0"/>
          <w:sz w:val="20"/>
        </w:rPr>
        <w:t>Over 3,000 prehistoric standing stones — older than Stonehenge — are arranged in rows about 20 minutes from Quiberon.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Belle-Iloise Cannery &amp; Boutique — </w:t>
      </w:r>
      <w:r>
        <w:rPr>
          <w:rFonts w:ascii="Arial" w:hAnsi="Arial" w:cs="Arial"/>
          <w:b w:val="0"/>
          <w:i w:val="0"/>
          <w:sz w:val="20"/>
        </w:rPr>
        <w:t>Founded in 1932, this gourmet sardine conserverie near Port Maria is a Quiberon institution.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Thalassa Quiberon Spa Day — </w:t>
      </w:r>
      <w:r>
        <w:rPr>
          <w:rFonts w:ascii="Arial" w:hAnsi="Arial" w:cs="Arial"/>
          <w:b w:val="0"/>
          <w:i w:val="0"/>
          <w:sz w:val="20"/>
        </w:rPr>
        <w:t>Quiberon is the birthplace of French thalassotherapy.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Maria to Grande Plage &amp; Town Center: </w:t>
      </w:r>
      <w:r>
        <w:rPr>
          <w:rFonts w:ascii="Arial" w:hAnsi="Arial" w:cs="Arial"/>
          <w:b w:val="0"/>
          <w:i w:val="0"/>
          <w:sz w:val="20"/>
        </w:rPr>
        <w:t>0.5 km · 5–7 min · Flat · Easy — Step off the tender at Port Maria and walk directly into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Côte Sauvage Viewpoint Walk: </w:t>
      </w:r>
      <w:r>
        <w:rPr>
          <w:rFonts w:ascii="Arial" w:hAnsi="Arial" w:cs="Arial"/>
          <w:b w:val="0"/>
          <w:i w:val="0"/>
          <w:sz w:val="20"/>
        </w:rPr>
        <w:t>3–4 km round trip · 1.5–2 hrs · Clifftop path · Moderate — From the town center, walk or cycle west to the start of the Côte Sauvage.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 du Conguel Tip Walk: </w:t>
      </w:r>
      <w:r>
        <w:rPr>
          <w:rFonts w:ascii="Arial" w:hAnsi="Arial" w:cs="Arial"/>
          <w:b w:val="0"/>
          <w:i w:val="0"/>
          <w:sz w:val="20"/>
        </w:rPr>
        <w:t>2 km · 30 min · Flat · Easy — Head to the southeastern tip of the peninsula for 360° views of the Bay of Quiberon, the Teignouse…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6:35AM–9:42PM · Jul 6:31AM–10:05PM · Sep 7:50AM–8:24PM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cruiseports.org/quiberon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Quiberon,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iber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Alignements of Carnac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Abbey of St. Anne Kergonan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Ecole de voile A.S.N. Quiberon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PETITS TRAINS TOURISTIQUES LE BAYON QUIBERON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Eglise Saint Joseph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Poulains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Golf Belle Île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de Quiberon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