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Qeqertarsuaq, Disko Island, Greenland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Greenland's only volcanic island town pairs dramatic basalt cliffs with iceberg-strewn black sand beaches — and you'll likely see whales from shore.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6–8 hrs · 💵 Danish Krone (DKK) · 🗣️ Greenlandic &amp; Danish · 🌡️ Arctic summer 5–15°C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Disko Bay; Zodiac or tender to fishing harbor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2–5 min from harbor to town; everything walkable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Volcanic scenery, iceberg photography, Arctic culture, whale watching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Black sand beach with icebergs &amp; the octagonal 'Lord's Inkpot' church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Varies (DKK base fare + per km) — Local taxis are available in Qeqertarsuaq for transport within town. Book through your hotel or ask locally — no app-bas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Blaesedalen Valley Walk — </w:t>
      </w:r>
      <w:r>
        <w:rPr>
          <w:rFonts w:ascii="Arial" w:hAnsi="Arial" w:cs="Arial"/>
          <w:b w:val="0"/>
          <w:i w:val="0"/>
          <w:sz w:val="20"/>
        </w:rPr>
        <w:t>An easy 3 km round-trip walk from town into the dramatic Valley of Winds.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Watching from Shore — </w:t>
      </w:r>
      <w:r>
        <w:rPr>
          <w:rFonts w:ascii="Arial" w:hAnsi="Arial" w:cs="Arial"/>
          <w:b w:val="0"/>
          <w:i w:val="0"/>
          <w:sz w:val="20"/>
        </w:rPr>
        <w:t>Disko Bay is one of Greenland's richest whale feeding grounds.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Lyngmark Glacier &amp; Summer Dog Sledding — </w:t>
      </w:r>
      <w:r>
        <w:rPr>
          <w:rFonts w:ascii="Arial" w:hAnsi="Arial" w:cs="Arial"/>
          <w:b w:val="0"/>
          <w:i w:val="0"/>
          <w:sz w:val="20"/>
        </w:rPr>
        <w:t>One of the world's few places where you can sled on a glacier in summer.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Qeqertarsuaq Museum — </w:t>
      </w:r>
      <w:r>
        <w:rPr>
          <w:rFonts w:ascii="Arial" w:hAnsi="Arial" w:cs="Arial"/>
          <w:b w:val="0"/>
          <w:i w:val="0"/>
          <w:sz w:val="20"/>
        </w:rPr>
        <w:t>Housed in the 19th-century home of Denmark's former Inspector of North Greenland, the museum covers whaling history, Inuit…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Kuannit Basalt Columns &amp; Hot Springs — </w:t>
      </w:r>
      <w:r>
        <w:rPr>
          <w:rFonts w:ascii="Arial" w:hAnsi="Arial" w:cs="Arial"/>
          <w:b w:val="0"/>
          <w:i w:val="0"/>
          <w:sz w:val="20"/>
        </w:rPr>
        <w:t>A 4–5 km hike from town leads to dramatic basalt column formations and natural hot springs.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Black Sand Beach: </w:t>
      </w:r>
      <w:r>
        <w:rPr>
          <w:rFonts w:ascii="Arial" w:hAnsi="Arial" w:cs="Arial"/>
          <w:b w:val="0"/>
          <w:i w:val="0"/>
          <w:sz w:val="20"/>
        </w:rPr>
        <w:t>800 m · 10 min · Easy — Walk south along the shoreline from the fishing harbor to Qeqertarsuaq's volcanic black sand beach.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Loop: Church, Museum &amp; Sled Dogs: </w:t>
      </w:r>
      <w:r>
        <w:rPr>
          <w:rFonts w:ascii="Arial" w:hAnsi="Arial" w:cs="Arial"/>
          <w:b w:val="0"/>
          <w:i w:val="0"/>
          <w:sz w:val="20"/>
        </w:rPr>
        <w:t>1.5 km · 20–30 min · Easy — From the harbor, walk to the distinctive red octagonal church (Qeqertarsuaq Church, 1915…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Blaesedalen (Valley of Winds): </w:t>
      </w:r>
      <w:r>
        <w:rPr>
          <w:rFonts w:ascii="Arial" w:hAnsi="Arial" w:cs="Arial"/>
          <w:b w:val="0"/>
          <w:i w:val="0"/>
          <w:sz w:val="20"/>
        </w:rPr>
        <w:t>3 km RT · 2–3 hrs · Easy–Moderate — Follow the path from the west end of town up into Blaesedalen, a green valley fed by meltwater from…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6:54AM–9:45PM · Aug 6:23AM–10:21PM · Sep 7:45AM–8:41PM · Oct 9:04AM–7:03PM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Danish Krone cash. The museum charges entry in DKK and local souvenir sellers are cash-only. The supermarket and hotel accept cards but it's smart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Layer up — weather changes fast. It can be 14°C and sunny in the valley while cold fog rolls in off the glacier. Waterproof outer layer and warm mid-layer are…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insect repellent. In July and August, midges and mosquitoes in the green valleys can be ferocious. A head net is worth packing if you're hiking…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cruiseports.org/qeqertarsuaq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