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Pyramiden, Svalbard,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Soviet utopia abandoned overnight. Pyramiden is a ghost town frozen in 1998, where Lenin still gazes out over a calving glacier and thousands of kittiwakes have colonized the windows.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only (Zodiac/ship tender) · 🕒 Typical call: 4-6 hrs · 💵 Norwegian Krone (NOK) — bring cash · 🗣️ Russian (staff), Norwegian (context) · 🐻 Polar bear country — guided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Tender/Zodiac — ships anchor in Adolfbukta (Adolf Bay)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~1.5 km (0.9 mi) flat gravel road from landing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History, Arctic exploration, Soviet-era photography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The Lenin bust overlooking Nordenskiöld Glacier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Soviet Ghost Town Guided Walk — </w:t>
      </w:r>
      <w:r>
        <w:rPr>
          <w:rFonts w:ascii="Arial" w:hAnsi="Arial" w:cs="Arial"/>
          <w:b w:val="0"/>
          <w:i w:val="0"/>
          <w:sz w:val="20"/>
        </w:rPr>
        <w:t>The main event.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Kittiwake Colony &amp; Bottle House — </w:t>
      </w:r>
      <w:r>
        <w:rPr>
          <w:rFonts w:ascii="Arial" w:hAnsi="Arial" w:cs="Arial"/>
          <w:b w:val="0"/>
          <w:i w:val="0"/>
          <w:sz w:val="20"/>
        </w:rPr>
        <w:t>One apartment block (nicknamed 'The London House') has been taken over by thousands of nesting Black-legged Kittiwakes — birds…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Nordenskiöld Glacier Views — </w:t>
      </w:r>
      <w:r>
        <w:rPr>
          <w:rFonts w:ascii="Arial" w:hAnsi="Arial" w:cs="Arial"/>
          <w:b w:val="0"/>
          <w:i w:val="0"/>
          <w:sz w:val="20"/>
        </w:rPr>
        <w:t>The glacier visible from town is one of Svalbard's most dramatic — you can often hear calving from the main plaza.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Pyramiden Hotel Bar &amp; Postcard — </w:t>
      </w:r>
      <w:r>
        <w:rPr>
          <w:rFonts w:ascii="Arial" w:hAnsi="Arial" w:cs="Arial"/>
          <w:b w:val="0"/>
          <w:i w:val="0"/>
          <w:sz w:val="20"/>
        </w:rPr>
        <w:t>The only fully renovated building in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Pier to Town Center: </w:t>
      </w:r>
      <w:r>
        <w:rPr>
          <w:rFonts w:ascii="Arial" w:hAnsi="Arial" w:cs="Arial"/>
          <w:b w:val="0"/>
          <w:i w:val="0"/>
          <w:sz w:val="20"/>
        </w:rPr>
        <w:t>1.5 km • Flat gravel • Guided only — Walk the main road from Kola Pier into the heart of the settlement, passing the Soviet-era…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Center to Pyramiden Sign: </w:t>
      </w:r>
      <w:r>
        <w:rPr>
          <w:rFonts w:ascii="Arial" w:hAnsi="Arial" w:cs="Arial"/>
          <w:b w:val="0"/>
          <w:i w:val="0"/>
          <w:sz w:val="20"/>
        </w:rPr>
        <w:t>0.5 km • Flat • Guided — Short walk to the Pyramiden entrance monument — a metal pyramid sculpture and polar bear statue.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5:32AM–8:01PM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cruiseports.org/pyramiden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